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BFCBC" w14:textId="7DC80F03" w:rsidR="000A7FA3" w:rsidRPr="005A1A93" w:rsidRDefault="000A7FA3" w:rsidP="00E14C78">
      <w:pPr>
        <w:spacing w:before="360" w:after="0"/>
        <w:jc w:val="center"/>
        <w:rPr>
          <w:rFonts w:ascii="Times New Roman" w:hAnsi="Times New Roman" w:cs="Times New Roman"/>
          <w:b/>
          <w:color w:val="404040" w:themeColor="text1" w:themeTint="BF"/>
          <w:sz w:val="18"/>
          <w:szCs w:val="18"/>
        </w:rPr>
      </w:pPr>
      <w:r w:rsidRPr="005A1A93">
        <w:rPr>
          <w:rFonts w:ascii="Times New Roman" w:hAnsi="Times New Roman" w:cs="Times New Roman"/>
          <w:b/>
          <w:color w:val="404040" w:themeColor="text1" w:themeTint="BF"/>
          <w:sz w:val="18"/>
          <w:szCs w:val="18"/>
        </w:rPr>
        <w:t xml:space="preserve">4. sz. </w:t>
      </w:r>
    </w:p>
    <w:p w14:paraId="7AFD17B7" w14:textId="017C4552" w:rsidR="003E633E" w:rsidRPr="008B2312" w:rsidRDefault="003E633E" w:rsidP="000A7FA3">
      <w:pPr>
        <w:spacing w:after="0"/>
        <w:jc w:val="center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  <w:r w:rsidRPr="008B2312"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  <w:t>NYILATKOZAT</w:t>
      </w:r>
    </w:p>
    <w:p w14:paraId="5561BD7E" w14:textId="7CB81B4C" w:rsidR="003E633E" w:rsidRPr="00E14C78" w:rsidRDefault="0049404A" w:rsidP="00E14C78">
      <w:pPr>
        <w:spacing w:after="360"/>
        <w:jc w:val="center"/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</w:pP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T</w:t>
      </w:r>
      <w:r w:rsidR="00B55E16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érítési díj átutalás</w:t>
      </w:r>
      <w:r w:rsidR="00126243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sal történő megfizetéséről</w:t>
      </w:r>
      <w:r w:rsidR="00A02B49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.</w:t>
      </w:r>
    </w:p>
    <w:p w14:paraId="6F14BBBB" w14:textId="7D386C5F" w:rsidR="00266473" w:rsidRPr="00E14C78" w:rsidRDefault="00EE47DC" w:rsidP="003C7FC3">
      <w:pPr>
        <w:spacing w:after="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Adatok</w:t>
      </w:r>
      <w:r w:rsidR="00C93467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:</w:t>
      </w:r>
    </w:p>
    <w:p w14:paraId="0972DD16" w14:textId="0DF7464E" w:rsidR="00266473" w:rsidRPr="00E14C78" w:rsidRDefault="00C56EBA" w:rsidP="00B04835">
      <w:pPr>
        <w:tabs>
          <w:tab w:val="left" w:pos="142"/>
        </w:tabs>
        <w:spacing w:after="12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S</w:t>
      </w:r>
      <w:r w:rsidR="00B55E16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zámlatulajdonos</w:t>
      </w:r>
      <w:r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 xml:space="preserve"> neve</w:t>
      </w:r>
      <w:r w:rsidR="00B04835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:</w:t>
      </w:r>
      <w:r w:rsidR="00B04835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ab/>
      </w:r>
      <w:r w:rsidR="00321C6E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 xml:space="preserve"> </w:t>
      </w:r>
      <w:r w:rsidR="008178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______________</w:t>
      </w:r>
      <w:r w:rsidR="00E14C78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</w:t>
      </w:r>
      <w:r w:rsidR="008178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______________________</w:t>
      </w:r>
      <w:r w:rsidR="005B02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</w:t>
      </w:r>
      <w:r w:rsidR="005B0263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</w:t>
      </w:r>
      <w:r w:rsidR="00B04835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</w:t>
      </w:r>
      <w:r w:rsidR="00E14C78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</w:t>
      </w:r>
      <w:r w:rsidR="00321C6E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</w:t>
      </w:r>
      <w:r w:rsidR="00E14C78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</w:t>
      </w:r>
      <w:r w:rsidR="00B04835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</w:t>
      </w:r>
      <w:r w:rsidR="003C7FC3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________</w:t>
      </w:r>
    </w:p>
    <w:p w14:paraId="7A15DC91" w14:textId="0BB81669" w:rsidR="00B55E16" w:rsidRPr="00E14C78" w:rsidRDefault="00B55E16" w:rsidP="00B55E16">
      <w:pPr>
        <w:spacing w:after="12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Számlavezető fiók:</w:t>
      </w: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ab/>
      </w:r>
      <w:r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</w:t>
      </w:r>
      <w:r w:rsidR="00E14C78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</w:t>
      </w:r>
      <w:r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___________</w:t>
      </w:r>
      <w:r w:rsidR="003C7FC3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Bankszámlaszám</w:t>
      </w:r>
      <w:r w:rsidR="00321C6E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 xml:space="preserve">: </w:t>
      </w:r>
      <w:r w:rsidR="003C7FC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</w:t>
      </w:r>
      <w:r w:rsidR="00321C6E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E14C78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</w:t>
      </w:r>
      <w:r w:rsidR="003C7FC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</w:t>
      </w:r>
      <w:r w:rsidR="00E14C78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3C7FC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</w:t>
      </w:r>
      <w:r w:rsidR="00321C6E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</w:t>
      </w:r>
      <w:r w:rsidR="003C7FC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</w:t>
      </w:r>
      <w:r w:rsidR="009D7810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</w:p>
    <w:p w14:paraId="16985B0E" w14:textId="146C5A21" w:rsidR="00266473" w:rsidRPr="00E14C78" w:rsidRDefault="005B0263" w:rsidP="00B04835">
      <w:pPr>
        <w:spacing w:after="12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Lakcím:</w:t>
      </w:r>
      <w:r w:rsidR="00321C6E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 xml:space="preserve"> </w:t>
      </w:r>
      <w:r w:rsidR="008178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____________________________</w:t>
      </w:r>
      <w:r w:rsidR="00E14C78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</w:t>
      </w:r>
      <w:r w:rsidR="008178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________________</w:t>
      </w:r>
      <w:r w:rsidR="00B04835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8178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</w:t>
      </w:r>
      <w:r w:rsidR="003C7FC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________________</w:t>
      </w:r>
      <w:r w:rsidR="00321C6E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3C7FC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</w:t>
      </w:r>
    </w:p>
    <w:p w14:paraId="6DE9D531" w14:textId="1C49E162" w:rsidR="00266473" w:rsidRPr="006F0F7F" w:rsidRDefault="00B55E16" w:rsidP="00B04835">
      <w:pPr>
        <w:spacing w:after="120"/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</w:pP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Telefonszám:</w:t>
      </w:r>
      <w:r w:rsidR="00321C6E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 xml:space="preserve"> </w:t>
      </w:r>
      <w:r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_______________________________</w:t>
      </w:r>
      <w:r w:rsidR="003C7FC3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e</w:t>
      </w: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-mail cím</w:t>
      </w:r>
      <w:r w:rsidR="005B0263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:</w:t>
      </w:r>
      <w:r w:rsidR="00B04835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ab/>
      </w:r>
      <w:r w:rsidR="004B048B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</w:t>
      </w:r>
      <w:r w:rsidR="00E14C78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</w:t>
      </w:r>
      <w:r w:rsidR="004B048B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5B02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</w:t>
      </w:r>
      <w:r w:rsidR="00321C6E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5B02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____________</w:t>
      </w:r>
    </w:p>
    <w:p w14:paraId="4C9A184E" w14:textId="5F640C3F" w:rsidR="00266473" w:rsidRPr="00E14C78" w:rsidRDefault="00B55E16" w:rsidP="003C7FC3">
      <w:pPr>
        <w:spacing w:after="12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Gyermek neve</w:t>
      </w:r>
      <w:r w:rsidR="005B0263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:</w:t>
      </w:r>
      <w:r w:rsidR="00B04835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ab/>
      </w:r>
      <w:r w:rsidR="00B04835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ab/>
      </w:r>
      <w:r w:rsidR="004B048B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</w:t>
      </w:r>
      <w:r w:rsidR="005B02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5B0263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___________________</w:t>
      </w:r>
      <w:r w:rsid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________</w:t>
      </w:r>
      <w:r w:rsidR="005B0263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________</w:t>
      </w: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Gyermek csoportja</w:t>
      </w:r>
      <w:r w:rsidR="005B0263"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:</w:t>
      </w:r>
      <w:r w:rsidR="00321C6E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 xml:space="preserve"> </w:t>
      </w:r>
      <w:r w:rsidR="008178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</w:t>
      </w:r>
      <w:r w:rsidR="00E14C78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</w:t>
      </w:r>
      <w:r w:rsidR="00321C6E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E14C78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_____</w:t>
      </w:r>
      <w:r w:rsidR="008178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4B048B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5B0263" w:rsidRPr="006F0F7F">
        <w:rPr>
          <w:rFonts w:ascii="Times New Roman" w:hAnsi="Times New Roman" w:cs="Times New Roman"/>
          <w:bCs/>
          <w:color w:val="404040" w:themeColor="text1" w:themeTint="BF"/>
          <w:sz w:val="21"/>
          <w:szCs w:val="21"/>
        </w:rPr>
        <w:t>_</w:t>
      </w:r>
      <w:r w:rsidR="005B0263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</w:t>
      </w:r>
    </w:p>
    <w:p w14:paraId="2152127A" w14:textId="32C66077" w:rsidR="00266473" w:rsidRPr="00E14C78" w:rsidRDefault="00000000" w:rsidP="00960372">
      <w:pPr>
        <w:spacing w:after="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E14C78">
        <w:rPr>
          <w:rFonts w:ascii="Times New Roman" w:hAnsi="Times New Roman" w:cs="Times New Roman"/>
          <w:b/>
          <w:color w:val="404040" w:themeColor="text1" w:themeTint="BF"/>
          <w:sz w:val="21"/>
          <w:szCs w:val="21"/>
        </w:rPr>
        <w:t>Nyilatkozattétel:</w:t>
      </w:r>
    </w:p>
    <w:p w14:paraId="3D1278A9" w14:textId="41600223" w:rsidR="00266473" w:rsidRPr="00E14C78" w:rsidRDefault="00A02B49" w:rsidP="00DF2E26">
      <w:pPr>
        <w:jc w:val="both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 xml:space="preserve">Alulírott szülő/törvényes képviselő nyilatkozom, hogy </w:t>
      </w:r>
      <w:r w:rsidR="00B55E16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a térítési díjat banki átutalással fizetem meg. A</w:t>
      </w:r>
      <w:r w:rsidR="00DF2E26">
        <w:rPr>
          <w:rFonts w:ascii="Times New Roman" w:hAnsi="Times New Roman" w:cs="Times New Roman"/>
          <w:color w:val="404040" w:themeColor="text1" w:themeTint="BF"/>
          <w:sz w:val="21"/>
          <w:szCs w:val="21"/>
        </w:rPr>
        <w:t xml:space="preserve"> </w:t>
      </w:r>
      <w:r w:rsidR="00B55E16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részemre minden hónapban megküldött számlát a fenti e-mail címen fogadom.</w:t>
      </w:r>
    </w:p>
    <w:p w14:paraId="5ED3E7C1" w14:textId="7BDAC70B" w:rsidR="003C7FC3" w:rsidRPr="00E14C78" w:rsidRDefault="003C7FC3" w:rsidP="00680AF9">
      <w:pPr>
        <w:spacing w:after="12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A81560">
        <w:rPr>
          <w:rFonts w:ascii="Times New Roman" w:hAnsi="Times New Roman" w:cs="Times New Roman"/>
          <w:b/>
          <w:bCs/>
          <w:color w:val="404040" w:themeColor="text1" w:themeTint="BF"/>
          <w:sz w:val="21"/>
          <w:szCs w:val="21"/>
        </w:rPr>
        <w:t xml:space="preserve">A számlát </w:t>
      </w:r>
      <w:r w:rsidR="00680AF9">
        <w:rPr>
          <w:rFonts w:ascii="Times New Roman" w:hAnsi="Times New Roman" w:cs="Times New Roman"/>
          <w:b/>
          <w:bCs/>
          <w:color w:val="404040" w:themeColor="text1" w:themeTint="BF"/>
          <w:sz w:val="21"/>
          <w:szCs w:val="21"/>
        </w:rPr>
        <w:t xml:space="preserve">saját névre </w:t>
      </w:r>
      <w:r w:rsidR="00680AF9" w:rsidRPr="00E14C78">
        <w:rPr>
          <w:rFonts w:ascii="Times New Roman" w:hAnsi="Times New Roman" w:cs="Times New Roman" w:hint="eastAsia"/>
          <w:color w:val="404040" w:themeColor="text1" w:themeTint="BF"/>
          <w:sz w:val="21"/>
          <w:szCs w:val="21"/>
        </w:rPr>
        <w:t>□</w:t>
      </w:r>
      <w:r w:rsidR="0066065B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,</w:t>
      </w:r>
      <w:r w:rsidR="00680AF9">
        <w:rPr>
          <w:rFonts w:ascii="Times New Roman" w:hAnsi="Times New Roman" w:cs="Times New Roman"/>
          <w:color w:val="404040" w:themeColor="text1" w:themeTint="BF"/>
          <w:sz w:val="21"/>
          <w:szCs w:val="21"/>
        </w:rPr>
        <w:t xml:space="preserve"> </w:t>
      </w:r>
      <w:r w:rsidRPr="00A81560">
        <w:rPr>
          <w:rFonts w:ascii="Times New Roman" w:hAnsi="Times New Roman" w:cs="Times New Roman"/>
          <w:b/>
          <w:bCs/>
          <w:color w:val="404040" w:themeColor="text1" w:themeTint="BF"/>
          <w:sz w:val="21"/>
          <w:szCs w:val="21"/>
        </w:rPr>
        <w:t xml:space="preserve">cégnévre </w:t>
      </w:r>
      <w:r w:rsidR="00680AF9" w:rsidRPr="00E14C78">
        <w:rPr>
          <w:rFonts w:ascii="Times New Roman" w:hAnsi="Times New Roman" w:cs="Times New Roman" w:hint="eastAsia"/>
          <w:color w:val="404040" w:themeColor="text1" w:themeTint="BF"/>
          <w:sz w:val="21"/>
          <w:szCs w:val="21"/>
        </w:rPr>
        <w:t>□</w:t>
      </w:r>
      <w:r w:rsidR="0066065B">
        <w:rPr>
          <w:rFonts w:ascii="Times New Roman" w:hAnsi="Times New Roman" w:cs="Times New Roman"/>
          <w:color w:val="404040" w:themeColor="text1" w:themeTint="BF"/>
          <w:sz w:val="21"/>
          <w:szCs w:val="21"/>
        </w:rPr>
        <w:t xml:space="preserve"> </w:t>
      </w:r>
      <w:r w:rsidRPr="00A81560">
        <w:rPr>
          <w:rFonts w:ascii="Times New Roman" w:hAnsi="Times New Roman" w:cs="Times New Roman"/>
          <w:b/>
          <w:bCs/>
          <w:color w:val="404040" w:themeColor="text1" w:themeTint="BF"/>
          <w:sz w:val="21"/>
          <w:szCs w:val="21"/>
        </w:rPr>
        <w:t>kérem kiállítani.</w:t>
      </w:r>
      <w:r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 xml:space="preserve"> Kérjük jelölje X-el a megfelelőt</w:t>
      </w:r>
      <w:r w:rsidR="00275C64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.</w:t>
      </w:r>
    </w:p>
    <w:p w14:paraId="026ECCE8" w14:textId="24010A45" w:rsidR="003C7FC3" w:rsidRPr="00E14C78" w:rsidRDefault="003C7FC3" w:rsidP="003C7FC3">
      <w:pPr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6F0F7F">
        <w:rPr>
          <w:rFonts w:ascii="Times New Roman" w:hAnsi="Times New Roman" w:cs="Times New Roman"/>
          <w:b/>
          <w:bCs/>
          <w:color w:val="404040" w:themeColor="text1" w:themeTint="BF"/>
          <w:sz w:val="21"/>
          <w:szCs w:val="21"/>
        </w:rPr>
        <w:t>Cég neve</w:t>
      </w:r>
      <w:r w:rsidR="00C17C27" w:rsidRPr="006F0F7F">
        <w:rPr>
          <w:rFonts w:ascii="Times New Roman" w:hAnsi="Times New Roman" w:cs="Times New Roman"/>
          <w:b/>
          <w:bCs/>
          <w:color w:val="404040" w:themeColor="text1" w:themeTint="BF"/>
          <w:sz w:val="21"/>
          <w:szCs w:val="21"/>
        </w:rPr>
        <w:t>:</w:t>
      </w:r>
      <w:r w:rsidR="009D7810">
        <w:rPr>
          <w:rFonts w:ascii="Times New Roman" w:hAnsi="Times New Roman" w:cs="Times New Roman"/>
          <w:color w:val="404040" w:themeColor="text1" w:themeTint="BF"/>
          <w:sz w:val="21"/>
          <w:szCs w:val="21"/>
        </w:rPr>
        <w:t xml:space="preserve"> </w:t>
      </w:r>
      <w:r w:rsidR="00C17C27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_____________________</w:t>
      </w:r>
      <w:r w:rsidR="009D7810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________________________________</w:t>
      </w:r>
      <w:r w:rsidR="00C17C27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___________________________</w:t>
      </w:r>
    </w:p>
    <w:p w14:paraId="6B367324" w14:textId="25F16258" w:rsidR="003C7FC3" w:rsidRPr="00E14C78" w:rsidRDefault="003C7FC3" w:rsidP="008330A3">
      <w:pPr>
        <w:spacing w:after="36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6F0F7F">
        <w:rPr>
          <w:rFonts w:ascii="Times New Roman" w:hAnsi="Times New Roman" w:cs="Times New Roman"/>
          <w:b/>
          <w:bCs/>
          <w:color w:val="404040" w:themeColor="text1" w:themeTint="BF"/>
          <w:sz w:val="21"/>
          <w:szCs w:val="21"/>
        </w:rPr>
        <w:t>Cég székhelye</w:t>
      </w:r>
      <w:r w:rsidR="00C17C27" w:rsidRPr="006F0F7F">
        <w:rPr>
          <w:rFonts w:ascii="Times New Roman" w:hAnsi="Times New Roman" w:cs="Times New Roman"/>
          <w:b/>
          <w:bCs/>
          <w:color w:val="404040" w:themeColor="text1" w:themeTint="BF"/>
          <w:sz w:val="21"/>
          <w:szCs w:val="21"/>
        </w:rPr>
        <w:t>:</w:t>
      </w:r>
      <w:r w:rsidR="00E14C78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 xml:space="preserve"> </w:t>
      </w:r>
      <w:r w:rsidR="00C17C27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________________________________</w:t>
      </w:r>
      <w:r w:rsidR="00E14C78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 xml:space="preserve"> </w:t>
      </w:r>
      <w:r w:rsidRPr="006F0F7F">
        <w:rPr>
          <w:rFonts w:ascii="Times New Roman" w:hAnsi="Times New Roman" w:cs="Times New Roman"/>
          <w:b/>
          <w:bCs/>
          <w:color w:val="404040" w:themeColor="text1" w:themeTint="BF"/>
          <w:sz w:val="21"/>
          <w:szCs w:val="21"/>
        </w:rPr>
        <w:t>Cég adószáma:</w:t>
      </w:r>
      <w:r w:rsidR="009D7810">
        <w:rPr>
          <w:rFonts w:ascii="Times New Roman" w:hAnsi="Times New Roman" w:cs="Times New Roman"/>
          <w:color w:val="404040" w:themeColor="text1" w:themeTint="BF"/>
          <w:sz w:val="21"/>
          <w:szCs w:val="21"/>
        </w:rPr>
        <w:t xml:space="preserve"> </w:t>
      </w:r>
      <w:r w:rsidR="00C17C27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___________________</w:t>
      </w:r>
      <w:r w:rsidR="009D7810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_______</w:t>
      </w:r>
      <w:r w:rsidR="00C17C27" w:rsidRPr="00E14C78">
        <w:rPr>
          <w:rFonts w:ascii="Times New Roman" w:hAnsi="Times New Roman" w:cs="Times New Roman"/>
          <w:color w:val="404040" w:themeColor="text1" w:themeTint="BF"/>
          <w:sz w:val="21"/>
          <w:szCs w:val="21"/>
        </w:rPr>
        <w:t>____</w:t>
      </w:r>
    </w:p>
    <w:tbl>
      <w:tblPr>
        <w:tblW w:w="0" w:type="auto"/>
        <w:jc w:val="center"/>
        <w:tblBorders>
          <w:left w:val="single" w:sz="24" w:space="0" w:color="595959" w:themeColor="text1" w:themeTint="A6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3E633E" w:rsidRPr="00E14C78" w14:paraId="41F0D280" w14:textId="77777777" w:rsidTr="00702FC3">
        <w:trPr>
          <w:jc w:val="center"/>
        </w:trPr>
        <w:tc>
          <w:tcPr>
            <w:tcW w:w="9360" w:type="dxa"/>
            <w:shd w:val="clear" w:color="auto" w:fill="F2F2F2" w:themeFill="background1" w:themeFillShade="F2"/>
          </w:tcPr>
          <w:p w14:paraId="08ABCD54" w14:textId="76970356" w:rsidR="00266473" w:rsidRPr="00E14C78" w:rsidRDefault="003E633E">
            <w:pPr>
              <w:spacing w:before="160"/>
              <w:ind w:left="144" w:right="144"/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</w:pPr>
            <w:r w:rsidRPr="00E14C78">
              <w:rPr>
                <w:rFonts w:ascii="Times New Roman" w:hAnsi="Times New Roman" w:cs="Times New Roman"/>
                <w:b/>
                <w:color w:val="404040" w:themeColor="text1" w:themeTint="BF"/>
                <w:sz w:val="21"/>
                <w:szCs w:val="21"/>
              </w:rPr>
              <w:t xml:space="preserve">Megjegyzés: </w:t>
            </w:r>
            <w:r w:rsidR="00B55E16" w:rsidRPr="00E14C78">
              <w:rPr>
                <w:rFonts w:ascii="Times New Roman" w:hAnsi="Times New Roman" w:cs="Times New Roman"/>
                <w:i/>
                <w:color w:val="404040" w:themeColor="text1" w:themeTint="BF"/>
                <w:sz w:val="21"/>
                <w:szCs w:val="21"/>
              </w:rPr>
              <w:t>Az átutalással kapcsolatos információkat a Megállapodás tartalmazza.</w:t>
            </w:r>
          </w:p>
        </w:tc>
      </w:tr>
    </w:tbl>
    <w:p w14:paraId="4EC8612D" w14:textId="77777777" w:rsidR="00266473" w:rsidRPr="00E14C78" w:rsidRDefault="00266473" w:rsidP="003C7FC3">
      <w:pPr>
        <w:spacing w:after="120" w:line="160" w:lineRule="exact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</w:p>
    <w:tbl>
      <w:tblPr>
        <w:tblW w:w="0" w:type="auto"/>
        <w:jc w:val="center"/>
        <w:tblBorders>
          <w:left w:val="single" w:sz="24" w:space="0" w:color="595959" w:themeColor="text1" w:themeTint="A6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BD6F3A" w:rsidRPr="00E14C78" w14:paraId="286BDF3F" w14:textId="77777777" w:rsidTr="002D60E6">
        <w:trPr>
          <w:jc w:val="center"/>
        </w:trPr>
        <w:tc>
          <w:tcPr>
            <w:tcW w:w="9360" w:type="dxa"/>
            <w:shd w:val="clear" w:color="auto" w:fill="F2F2F2" w:themeFill="background1" w:themeFillShade="F2"/>
          </w:tcPr>
          <w:p w14:paraId="0186B8CA" w14:textId="34982042" w:rsidR="00BD6F3A" w:rsidRPr="00E14C78" w:rsidRDefault="00BD6F3A" w:rsidP="002D60E6">
            <w:pPr>
              <w:spacing w:before="160"/>
              <w:ind w:left="144" w:right="144"/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</w:pPr>
            <w:r w:rsidRPr="00E14C78">
              <w:rPr>
                <w:rFonts w:ascii="Times New Roman" w:hAnsi="Times New Roman" w:cs="Times New Roman"/>
                <w:b/>
                <w:color w:val="404040" w:themeColor="text1" w:themeTint="BF"/>
                <w:sz w:val="21"/>
                <w:szCs w:val="21"/>
              </w:rPr>
              <w:t xml:space="preserve">Adatkezelés: </w:t>
            </w:r>
            <w:r w:rsidRPr="00E14C78">
              <w:rPr>
                <w:rFonts w:ascii="Times New Roman" w:hAnsi="Times New Roman" w:cs="Times New Roman"/>
                <w:i/>
                <w:color w:val="404040" w:themeColor="text1" w:themeTint="BF"/>
                <w:sz w:val="21"/>
                <w:szCs w:val="21"/>
              </w:rPr>
              <w:t>A vonatkozó adatkezelési tájékoztatót elolvastam, és az abban foglaltakat tudomásul veszem</w:t>
            </w:r>
            <w:r w:rsidR="00E75F98" w:rsidRPr="00E14C78">
              <w:rPr>
                <w:rFonts w:ascii="Times New Roman" w:hAnsi="Times New Roman" w:cs="Times New Roman"/>
                <w:i/>
                <w:color w:val="404040" w:themeColor="text1" w:themeTint="BF"/>
                <w:sz w:val="21"/>
                <w:szCs w:val="21"/>
              </w:rPr>
              <w:t>.</w:t>
            </w:r>
          </w:p>
        </w:tc>
      </w:tr>
    </w:tbl>
    <w:p w14:paraId="3355DBF7" w14:textId="77777777" w:rsidR="00BD6F3A" w:rsidRPr="00E14C78" w:rsidRDefault="00BD6F3A" w:rsidP="003C7FC3">
      <w:pPr>
        <w:spacing w:after="12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</w:p>
    <w:p w14:paraId="7844CBAB" w14:textId="14D1A8D9" w:rsidR="00266473" w:rsidRPr="00E14C78" w:rsidRDefault="00000000" w:rsidP="00183F4C">
      <w:pPr>
        <w:spacing w:after="480"/>
        <w:rPr>
          <w:rFonts w:ascii="Times New Roman" w:hAnsi="Times New Roman" w:cs="Times New Roman"/>
          <w:color w:val="404040" w:themeColor="text1" w:themeTint="BF"/>
          <w:sz w:val="21"/>
          <w:szCs w:val="21"/>
        </w:rPr>
      </w:pPr>
      <w:r w:rsidRPr="00E14C78">
        <w:rPr>
          <w:rFonts w:ascii="Times New Roman" w:hAnsi="Times New Roman" w:cs="Times New Roman"/>
          <w:i/>
          <w:color w:val="404040" w:themeColor="text1" w:themeTint="BF"/>
          <w:sz w:val="21"/>
          <w:szCs w:val="21"/>
        </w:rPr>
        <w:t>Kelt: Budapest, 202</w:t>
      </w:r>
      <w:r w:rsidR="009868DD" w:rsidRPr="00E14C78">
        <w:rPr>
          <w:rFonts w:ascii="Times New Roman" w:hAnsi="Times New Roman" w:cs="Times New Roman"/>
          <w:i/>
          <w:color w:val="404040" w:themeColor="text1" w:themeTint="BF"/>
          <w:sz w:val="21"/>
          <w:szCs w:val="21"/>
        </w:rPr>
        <w:t>_____</w:t>
      </w:r>
      <w:r w:rsidR="00661053" w:rsidRPr="00E14C78">
        <w:rPr>
          <w:rFonts w:ascii="Times New Roman" w:hAnsi="Times New Roman" w:cs="Times New Roman"/>
          <w:i/>
          <w:color w:val="404040" w:themeColor="text1" w:themeTint="BF"/>
          <w:sz w:val="21"/>
          <w:szCs w:val="21"/>
        </w:rPr>
        <w:t xml:space="preserve"> </w:t>
      </w:r>
      <w:r w:rsidRPr="00E14C78">
        <w:rPr>
          <w:rFonts w:ascii="Times New Roman" w:hAnsi="Times New Roman" w:cs="Times New Roman"/>
          <w:i/>
          <w:color w:val="404040" w:themeColor="text1" w:themeTint="BF"/>
          <w:sz w:val="21"/>
          <w:szCs w:val="21"/>
        </w:rPr>
        <w:t>év _______________ hó _____ nap</w:t>
      </w: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896"/>
      </w:tblGrid>
      <w:tr w:rsidR="00966058" w:rsidRPr="00E14C78" w14:paraId="49C9FBA9" w14:textId="77777777" w:rsidTr="00966058">
        <w:trPr>
          <w:jc w:val="right"/>
        </w:trPr>
        <w:tc>
          <w:tcPr>
            <w:tcW w:w="4896" w:type="dxa"/>
          </w:tcPr>
          <w:p w14:paraId="5F25D785" w14:textId="77777777" w:rsidR="00966058" w:rsidRPr="00E14C78" w:rsidRDefault="00966058" w:rsidP="00A81560">
            <w:pPr>
              <w:spacing w:after="6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</w:pPr>
            <w:bookmarkStart w:id="0" w:name="_Hlk236395227"/>
            <w:r w:rsidRPr="00E14C78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>___________________________</w:t>
            </w:r>
          </w:p>
        </w:tc>
      </w:tr>
      <w:tr w:rsidR="00966058" w:rsidRPr="00E14C78" w14:paraId="0F795A1F" w14:textId="77777777" w:rsidTr="00966058">
        <w:trPr>
          <w:jc w:val="right"/>
        </w:trPr>
        <w:tc>
          <w:tcPr>
            <w:tcW w:w="4896" w:type="dxa"/>
          </w:tcPr>
          <w:p w14:paraId="744829D2" w14:textId="5B872CB1" w:rsidR="00966058" w:rsidRPr="00E14C78" w:rsidRDefault="00966058" w:rsidP="00A81560">
            <w:pPr>
              <w:spacing w:after="6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</w:pPr>
            <w:r w:rsidRPr="00E14C78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>szülő/törvényes képviselő</w:t>
            </w:r>
            <w:r w:rsidR="00A81560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 xml:space="preserve"> </w:t>
            </w:r>
            <w:r w:rsidRPr="00E14C78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>(aláírás)</w:t>
            </w:r>
          </w:p>
        </w:tc>
      </w:tr>
      <w:bookmarkEnd w:id="0"/>
    </w:tbl>
    <w:p w14:paraId="3D83226A" w14:textId="77777777" w:rsidR="00455FD9" w:rsidRPr="00E14C78" w:rsidRDefault="00455FD9" w:rsidP="001A1FA1">
      <w:pPr>
        <w:pBdr>
          <w:bottom w:val="single" w:sz="18" w:space="1" w:color="595959" w:themeColor="text1" w:themeTint="A6"/>
        </w:pBdr>
        <w:rPr>
          <w:sz w:val="21"/>
          <w:szCs w:val="21"/>
        </w:rPr>
      </w:pPr>
    </w:p>
    <w:p w14:paraId="06D69767" w14:textId="061F3D92" w:rsidR="002B2A17" w:rsidRPr="00E14C78" w:rsidRDefault="00183F4C" w:rsidP="00534099">
      <w:pPr>
        <w:spacing w:before="240" w:after="0" w:line="240" w:lineRule="auto"/>
        <w:rPr>
          <w:rFonts w:ascii="Times New Roman" w:hAnsi="Times New Roman" w:cs="Times New Roman"/>
          <w:sz w:val="21"/>
          <w:szCs w:val="21"/>
        </w:rPr>
      </w:pPr>
      <w:r w:rsidRPr="00E14C78">
        <w:rPr>
          <w:rFonts w:ascii="Times New Roman" w:hAnsi="Times New Roman" w:cs="Times New Roman"/>
          <w:sz w:val="21"/>
          <w:szCs w:val="21"/>
        </w:rPr>
        <w:t>Jelen dokumentum eredeti példányát átvettem:</w:t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="009D7810">
        <w:rPr>
          <w:rFonts w:ascii="Times New Roman" w:hAnsi="Times New Roman" w:cs="Times New Roman"/>
          <w:sz w:val="21"/>
          <w:szCs w:val="21"/>
        </w:rPr>
        <w:tab/>
      </w:r>
      <w:r w:rsidRPr="00E14C78">
        <w:rPr>
          <w:rFonts w:ascii="Times New Roman" w:hAnsi="Times New Roman" w:cs="Times New Roman"/>
          <w:sz w:val="21"/>
          <w:szCs w:val="21"/>
        </w:rPr>
        <w:t xml:space="preserve"> __________________________________</w:t>
      </w:r>
    </w:p>
    <w:p w14:paraId="6EAA0BB0" w14:textId="304D7CEE" w:rsidR="00534099" w:rsidRPr="009D7810" w:rsidRDefault="002B2A17" w:rsidP="009D7810">
      <w:pPr>
        <w:spacing w:after="240" w:line="240" w:lineRule="auto"/>
        <w:ind w:left="6440" w:firstLine="1"/>
        <w:rPr>
          <w:rFonts w:ascii="Times New Roman" w:hAnsi="Times New Roman" w:cs="Times New Roman"/>
          <w:sz w:val="21"/>
          <w:szCs w:val="21"/>
        </w:rPr>
      </w:pPr>
      <w:r w:rsidRPr="00E14C78">
        <w:rPr>
          <w:rFonts w:ascii="Times New Roman" w:hAnsi="Times New Roman" w:cs="Times New Roman"/>
          <w:sz w:val="21"/>
          <w:szCs w:val="21"/>
        </w:rPr>
        <w:t>bölcsődevezető</w:t>
      </w:r>
    </w:p>
    <w:p w14:paraId="0E8E3B78" w14:textId="62622866" w:rsidR="0049404A" w:rsidRPr="00E14C78" w:rsidRDefault="002B2A17" w:rsidP="009D7810">
      <w:pPr>
        <w:pBdr>
          <w:top w:val="single" w:sz="18" w:space="1" w:color="auto"/>
        </w:pBdr>
        <w:spacing w:before="120" w:after="12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E14C78">
        <w:rPr>
          <w:rFonts w:ascii="Times New Roman" w:hAnsi="Times New Roman" w:cs="Times New Roman"/>
          <w:b/>
          <w:bCs/>
          <w:sz w:val="21"/>
          <w:szCs w:val="21"/>
        </w:rPr>
        <w:t>Visszavonás:</w:t>
      </w:r>
    </w:p>
    <w:tbl>
      <w:tblPr>
        <w:tblW w:w="0" w:type="auto"/>
        <w:jc w:val="center"/>
        <w:tblBorders>
          <w:left w:val="single" w:sz="24" w:space="0" w:color="595959" w:themeColor="text1" w:themeTint="A6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4464"/>
        <w:gridCol w:w="4896"/>
      </w:tblGrid>
      <w:tr w:rsidR="0049404A" w:rsidRPr="00E14C78" w14:paraId="3A304DB5" w14:textId="77777777" w:rsidTr="0049404A">
        <w:trPr>
          <w:jc w:val="center"/>
        </w:trPr>
        <w:tc>
          <w:tcPr>
            <w:tcW w:w="4464" w:type="dxa"/>
            <w:shd w:val="clear" w:color="auto" w:fill="F2F2F2" w:themeFill="background1" w:themeFillShade="F2"/>
          </w:tcPr>
          <w:p w14:paraId="018C3228" w14:textId="77777777" w:rsidR="0049404A" w:rsidRPr="00E14C78" w:rsidRDefault="0049404A" w:rsidP="00A81560">
            <w:pPr>
              <w:spacing w:after="6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</w:pPr>
            <w:r w:rsidRPr="00E14C78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>___________________________</w:t>
            </w:r>
          </w:p>
        </w:tc>
        <w:tc>
          <w:tcPr>
            <w:tcW w:w="4896" w:type="dxa"/>
            <w:shd w:val="clear" w:color="auto" w:fill="F2F2F2" w:themeFill="background1" w:themeFillShade="F2"/>
          </w:tcPr>
          <w:p w14:paraId="7A6CC78C" w14:textId="77777777" w:rsidR="0049404A" w:rsidRPr="00E14C78" w:rsidRDefault="0049404A" w:rsidP="00A81560">
            <w:pPr>
              <w:spacing w:after="6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</w:pPr>
            <w:r w:rsidRPr="00E14C78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>___________________________</w:t>
            </w:r>
          </w:p>
        </w:tc>
      </w:tr>
      <w:tr w:rsidR="0049404A" w:rsidRPr="00E14C78" w14:paraId="3A81A078" w14:textId="77777777" w:rsidTr="0049404A">
        <w:trPr>
          <w:jc w:val="center"/>
        </w:trPr>
        <w:tc>
          <w:tcPr>
            <w:tcW w:w="4464" w:type="dxa"/>
            <w:shd w:val="clear" w:color="auto" w:fill="F2F2F2" w:themeFill="background1" w:themeFillShade="F2"/>
          </w:tcPr>
          <w:p w14:paraId="31311C3D" w14:textId="152C30F6" w:rsidR="0049404A" w:rsidRPr="00E14C78" w:rsidRDefault="0049404A" w:rsidP="00A81560">
            <w:pPr>
              <w:spacing w:after="6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</w:pPr>
            <w:r w:rsidRPr="00E14C78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>Dátum</w:t>
            </w:r>
          </w:p>
        </w:tc>
        <w:tc>
          <w:tcPr>
            <w:tcW w:w="4896" w:type="dxa"/>
            <w:shd w:val="clear" w:color="auto" w:fill="F2F2F2" w:themeFill="background1" w:themeFillShade="F2"/>
          </w:tcPr>
          <w:p w14:paraId="7B3850D3" w14:textId="0FD3F166" w:rsidR="0049404A" w:rsidRPr="00E14C78" w:rsidRDefault="0049404A" w:rsidP="00A81560">
            <w:pPr>
              <w:spacing w:after="6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</w:pPr>
            <w:r w:rsidRPr="00E14C78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>szülő/törvényes képviselő</w:t>
            </w:r>
            <w:r w:rsidR="00A81560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 xml:space="preserve"> </w:t>
            </w:r>
            <w:r w:rsidRPr="00E14C78">
              <w:rPr>
                <w:rFonts w:ascii="Times New Roman" w:hAnsi="Times New Roman" w:cs="Times New Roman"/>
                <w:color w:val="404040" w:themeColor="text1" w:themeTint="BF"/>
                <w:sz w:val="21"/>
                <w:szCs w:val="21"/>
              </w:rPr>
              <w:t>(aláírás)</w:t>
            </w:r>
          </w:p>
        </w:tc>
      </w:tr>
    </w:tbl>
    <w:p w14:paraId="1EF97319" w14:textId="77777777" w:rsidR="00183F4C" w:rsidRPr="00E14C78" w:rsidRDefault="00183F4C" w:rsidP="00960372">
      <w:pPr>
        <w:spacing w:after="0" w:line="20" w:lineRule="exact"/>
        <w:rPr>
          <w:rFonts w:ascii="Times New Roman" w:hAnsi="Times New Roman" w:cs="Times New Roman"/>
          <w:sz w:val="20"/>
          <w:szCs w:val="20"/>
        </w:rPr>
      </w:pPr>
    </w:p>
    <w:sectPr w:rsidR="00183F4C" w:rsidRPr="00E14C78" w:rsidSect="00034616">
      <w:headerReference w:type="default" r:id="rId8"/>
      <w:footerReference w:type="default" r:id="rId9"/>
      <w:pgSz w:w="12240" w:h="15840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18CA3" w14:textId="77777777" w:rsidR="0035646B" w:rsidRPr="006832FD" w:rsidRDefault="0035646B">
      <w:pPr>
        <w:spacing w:after="0" w:line="240" w:lineRule="auto"/>
      </w:pPr>
      <w:r w:rsidRPr="006832FD">
        <w:separator/>
      </w:r>
    </w:p>
  </w:endnote>
  <w:endnote w:type="continuationSeparator" w:id="0">
    <w:p w14:paraId="07170D96" w14:textId="77777777" w:rsidR="0035646B" w:rsidRPr="006832FD" w:rsidRDefault="0035646B">
      <w:pPr>
        <w:spacing w:after="0" w:line="240" w:lineRule="auto"/>
      </w:pPr>
      <w:r w:rsidRPr="006832F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B9A45" w14:textId="2699679F" w:rsidR="009868DD" w:rsidRDefault="002B2A17" w:rsidP="009868DD">
    <w:pPr>
      <w:pStyle w:val="llb"/>
      <w:ind w:left="360"/>
      <w:jc w:val="center"/>
      <w:rPr>
        <w:rFonts w:ascii="Times New Roman" w:hAnsi="Times New Roman" w:cs="Times New Roman"/>
        <w:color w:val="404040" w:themeColor="text1" w:themeTint="BF"/>
        <w:sz w:val="16"/>
        <w:szCs w:val="16"/>
      </w:rPr>
    </w:pPr>
    <w:r>
      <w:rPr>
        <w:rFonts w:ascii="Times New Roman" w:hAnsi="Times New Roman" w:cs="Times New Roman"/>
        <w:color w:val="404040" w:themeColor="text1" w:themeTint="BF"/>
        <w:sz w:val="16"/>
        <w:szCs w:val="16"/>
      </w:rPr>
      <w:t>4</w:t>
    </w:r>
    <w:r w:rsidR="009868DD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.</w:t>
    </w:r>
    <w:r w:rsid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  <w:r w:rsidR="00CC03E2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sz. nyilatkozat | </w:t>
    </w:r>
    <w:r w:rsidR="00B40C3E">
      <w:rPr>
        <w:rFonts w:ascii="Times New Roman" w:hAnsi="Times New Roman" w:cs="Times New Roman"/>
        <w:color w:val="404040" w:themeColor="text1" w:themeTint="BF"/>
        <w:sz w:val="16"/>
        <w:szCs w:val="16"/>
      </w:rPr>
      <w:t>Bölcsődei jogviszony</w:t>
    </w:r>
    <w:r w:rsidR="00CC03E2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| Adatkezelési tájékoztató</w:t>
    </w:r>
    <w:r w:rsidR="00A76DD9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elérhetősége</w:t>
    </w:r>
    <w:r w:rsidR="00CC03E2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: </w:t>
    </w:r>
    <w:r w:rsidR="00CE1A7D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papíralapon </w:t>
    </w:r>
    <w:r w:rsidR="00C3145B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a</w:t>
    </w:r>
    <w:r w:rsidR="00CE1A7D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bölcsődevezető</w:t>
    </w:r>
    <w:r w:rsidR="00C3145B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nél</w:t>
    </w:r>
    <w:r w:rsidR="00A76DD9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,</w:t>
    </w:r>
    <w:r w:rsidR="00CE1A7D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</w:p>
  <w:p w14:paraId="6D33D2D4" w14:textId="6E889B52" w:rsidR="00266473" w:rsidRPr="009868DD" w:rsidRDefault="00CE1A7D" w:rsidP="009868DD">
    <w:pPr>
      <w:pStyle w:val="llb"/>
      <w:ind w:left="360"/>
      <w:jc w:val="center"/>
      <w:rPr>
        <w:rFonts w:ascii="Times New Roman" w:hAnsi="Times New Roman" w:cs="Times New Roman"/>
        <w:color w:val="404040" w:themeColor="text1" w:themeTint="BF"/>
        <w:sz w:val="16"/>
        <w:szCs w:val="16"/>
      </w:rPr>
    </w:pPr>
    <w:r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elektronikusan</w:t>
    </w:r>
    <w:r w:rsidR="00A76DD9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itt található:</w:t>
    </w:r>
    <w:r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  <w:hyperlink r:id="rId1" w:history="1">
      <w:r w:rsidR="00A76DD9" w:rsidRPr="009868DD">
        <w:rPr>
          <w:rStyle w:val="Hiperhivatkozs"/>
          <w:rFonts w:ascii="Times New Roman" w:hAnsi="Times New Roman" w:cs="Times New Roman"/>
          <w:color w:val="404040" w:themeColor="text1" w:themeTint="BF"/>
          <w:sz w:val="16"/>
          <w:szCs w:val="16"/>
        </w:rPr>
        <w:t>https://rakosmentibolcsodek.hu/adatkezelesi-tajekoztatok/</w:t>
      </w:r>
    </w:hyperlink>
  </w:p>
  <w:p w14:paraId="1D485118" w14:textId="77777777" w:rsidR="00A76DD9" w:rsidRPr="00703FD7" w:rsidRDefault="00A76DD9" w:rsidP="00CC03E2">
    <w:pPr>
      <w:pStyle w:val="llb"/>
      <w:ind w:left="360"/>
      <w:jc w:val="center"/>
      <w:rPr>
        <w:color w:val="404040" w:themeColor="text1" w:themeTint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D7D32" w14:textId="77777777" w:rsidR="0035646B" w:rsidRPr="006832FD" w:rsidRDefault="0035646B">
      <w:pPr>
        <w:spacing w:after="0" w:line="240" w:lineRule="auto"/>
      </w:pPr>
      <w:r w:rsidRPr="006832FD">
        <w:separator/>
      </w:r>
    </w:p>
  </w:footnote>
  <w:footnote w:type="continuationSeparator" w:id="0">
    <w:p w14:paraId="23A466E2" w14:textId="77777777" w:rsidR="0035646B" w:rsidRPr="006832FD" w:rsidRDefault="0035646B">
      <w:pPr>
        <w:spacing w:after="0" w:line="240" w:lineRule="auto"/>
      </w:pPr>
      <w:r w:rsidRPr="006832F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8026" w14:textId="5799DD65" w:rsidR="00661053" w:rsidRPr="009868DD" w:rsidRDefault="00661053" w:rsidP="00E935A0">
    <w:pPr>
      <w:pStyle w:val="lfej"/>
      <w:pBdr>
        <w:bottom w:val="single" w:sz="8" w:space="4" w:color="595959" w:themeColor="text1" w:themeTint="A6"/>
      </w:pBdr>
      <w:rPr>
        <w:rFonts w:ascii="Times New Roman" w:hAnsi="Times New Roman" w:cs="Times New Roman"/>
        <w:bCs/>
        <w:color w:val="404040" w:themeColor="text1" w:themeTint="BF"/>
        <w:sz w:val="16"/>
        <w:szCs w:val="16"/>
      </w:rPr>
    </w:pPr>
    <w:r w:rsidRPr="009868DD">
      <w:rPr>
        <w:rFonts w:ascii="Times New Roman" w:hAnsi="Times New Roman" w:cs="Times New Roman"/>
        <w:bCs/>
        <w:color w:val="404040" w:themeColor="text1" w:themeTint="BF"/>
        <w:sz w:val="16"/>
        <w:szCs w:val="16"/>
      </w:rPr>
      <w:t>Budapest Főváros XVII. ker. Rákosmente Önkormányzat</w:t>
    </w:r>
    <w:r w:rsidR="00374B41" w:rsidRPr="009868DD">
      <w:rPr>
        <w:rFonts w:ascii="Times New Roman" w:hAnsi="Times New Roman" w:cs="Times New Roman"/>
        <w:bCs/>
        <w:color w:val="404040" w:themeColor="text1" w:themeTint="BF"/>
        <w:sz w:val="16"/>
        <w:szCs w:val="16"/>
      </w:rPr>
      <w:tab/>
    </w:r>
    <w:r w:rsidR="00374B41" w:rsidRPr="009868DD">
      <w:rPr>
        <w:rFonts w:ascii="Times New Roman" w:hAnsi="Times New Roman" w:cs="Times New Roman"/>
        <w:bCs/>
        <w:color w:val="404040" w:themeColor="text1" w:themeTint="BF"/>
        <w:sz w:val="16"/>
        <w:szCs w:val="16"/>
      </w:rPr>
      <w:tab/>
    </w:r>
    <w:r w:rsidR="00374B41" w:rsidRPr="009868DD">
      <w:rPr>
        <w:rFonts w:ascii="Times New Roman" w:hAnsi="Times New Roman" w:cs="Times New Roman"/>
        <w:bCs/>
        <w:i/>
        <w:color w:val="404040" w:themeColor="text1" w:themeTint="BF"/>
        <w:sz w:val="16"/>
        <w:szCs w:val="16"/>
        <w:lang w:val="en-US"/>
      </w:rPr>
      <w:t xml:space="preserve"> </w:t>
    </w:r>
  </w:p>
  <w:p w14:paraId="243DA439" w14:textId="6CB3814D" w:rsidR="00266473" w:rsidRPr="009868DD" w:rsidRDefault="00661053" w:rsidP="00E935A0">
    <w:pPr>
      <w:pStyle w:val="lfej"/>
      <w:pBdr>
        <w:bottom w:val="single" w:sz="8" w:space="4" w:color="595959" w:themeColor="text1" w:themeTint="A6"/>
      </w:pBdr>
      <w:rPr>
        <w:rFonts w:ascii="Times New Roman" w:hAnsi="Times New Roman" w:cs="Times New Roman"/>
        <w:color w:val="404040" w:themeColor="text1" w:themeTint="BF"/>
      </w:rPr>
    </w:pPr>
    <w:r w:rsidRPr="009868DD">
      <w:rPr>
        <w:rFonts w:ascii="Times New Roman" w:hAnsi="Times New Roman" w:cs="Times New Roman"/>
        <w:b/>
        <w:color w:val="404040" w:themeColor="text1" w:themeTint="BF"/>
        <w:sz w:val="24"/>
        <w:szCs w:val="24"/>
      </w:rPr>
      <w:t>Rákosmenti Egyesített Bölcsődék</w:t>
    </w:r>
    <w:r w:rsidRPr="009868DD">
      <w:rPr>
        <w:rFonts w:ascii="Times New Roman" w:hAnsi="Times New Roman" w:cs="Times New Roman"/>
        <w:b/>
        <w:color w:val="404040" w:themeColor="text1" w:themeTint="BF"/>
        <w:sz w:val="20"/>
      </w:rPr>
      <w:br/>
    </w:r>
    <w:r w:rsidRPr="009868DD">
      <w:rPr>
        <w:rFonts w:ascii="Times New Roman" w:hAnsi="Times New Roman" w:cs="Times New Roman"/>
        <w:color w:val="404040" w:themeColor="text1" w:themeTint="BF"/>
        <w:sz w:val="17"/>
      </w:rPr>
      <w:t xml:space="preserve">Székhely: </w:t>
    </w:r>
    <w:r w:rsidR="003E633E" w:rsidRPr="009868DD">
      <w:rPr>
        <w:rFonts w:ascii="Times New Roman" w:hAnsi="Times New Roman" w:cs="Times New Roman"/>
        <w:color w:val="404040" w:themeColor="text1" w:themeTint="BF"/>
        <w:sz w:val="17"/>
      </w:rPr>
      <w:t>1173</w:t>
    </w:r>
    <w:r w:rsidRPr="009868DD">
      <w:rPr>
        <w:rFonts w:ascii="Times New Roman" w:hAnsi="Times New Roman" w:cs="Times New Roman"/>
        <w:color w:val="404040" w:themeColor="text1" w:themeTint="BF"/>
        <w:sz w:val="17"/>
      </w:rPr>
      <w:t xml:space="preserve"> Budapest, </w:t>
    </w:r>
    <w:r w:rsidR="003E633E" w:rsidRPr="009868DD">
      <w:rPr>
        <w:rFonts w:ascii="Times New Roman" w:hAnsi="Times New Roman" w:cs="Times New Roman"/>
        <w:color w:val="404040" w:themeColor="text1" w:themeTint="BF"/>
        <w:sz w:val="17"/>
      </w:rPr>
      <w:t>Kaszáló u. 50.</w:t>
    </w:r>
    <w:r w:rsidRPr="009868DD">
      <w:rPr>
        <w:rFonts w:ascii="Times New Roman" w:hAnsi="Times New Roman" w:cs="Times New Roman"/>
        <w:color w:val="404040" w:themeColor="text1" w:themeTint="BF"/>
        <w:sz w:val="17"/>
      </w:rPr>
      <w:t xml:space="preserve"> | Telefon: +36 1 </w:t>
    </w:r>
    <w:r w:rsidR="003E633E" w:rsidRPr="009868DD">
      <w:rPr>
        <w:rFonts w:ascii="Times New Roman" w:hAnsi="Times New Roman" w:cs="Times New Roman"/>
        <w:color w:val="404040" w:themeColor="text1" w:themeTint="BF"/>
        <w:sz w:val="17"/>
      </w:rPr>
      <w:t>200-4622</w:t>
    </w:r>
    <w:r w:rsidRPr="009868DD">
      <w:rPr>
        <w:rFonts w:ascii="Times New Roman" w:hAnsi="Times New Roman" w:cs="Times New Roman"/>
        <w:color w:val="404040" w:themeColor="text1" w:themeTint="BF"/>
        <w:sz w:val="17"/>
      </w:rPr>
      <w:br/>
      <w:t>E-mail: k</w:t>
    </w:r>
    <w:r w:rsidR="00817863" w:rsidRPr="009868DD">
      <w:rPr>
        <w:rFonts w:ascii="Times New Roman" w:hAnsi="Times New Roman" w:cs="Times New Roman"/>
        <w:color w:val="404040" w:themeColor="text1" w:themeTint="BF"/>
        <w:sz w:val="17"/>
      </w:rPr>
      <w:t>ozp</w:t>
    </w:r>
    <w:r w:rsidRPr="009868DD">
      <w:rPr>
        <w:rFonts w:ascii="Times New Roman" w:hAnsi="Times New Roman" w:cs="Times New Roman"/>
        <w:color w:val="404040" w:themeColor="text1" w:themeTint="BF"/>
        <w:sz w:val="17"/>
      </w:rPr>
      <w:t>ont@rakosmentibolcsodek.hu | Web: www.rakosmentibolcsodek.hu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8F10D8"/>
    <w:multiLevelType w:val="hybridMultilevel"/>
    <w:tmpl w:val="F60AA72C"/>
    <w:lvl w:ilvl="0" w:tplc="115C7D64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0" w15:restartNumberingAfterBreak="0">
    <w:nsid w:val="2DAB4765"/>
    <w:multiLevelType w:val="hybridMultilevel"/>
    <w:tmpl w:val="5AD86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0027B"/>
    <w:multiLevelType w:val="hybridMultilevel"/>
    <w:tmpl w:val="99AC02FA"/>
    <w:lvl w:ilvl="0" w:tplc="67EA1B3E">
      <w:start w:val="1"/>
      <w:numFmt w:val="decimal"/>
      <w:lvlText w:val="%1."/>
      <w:lvlJc w:val="left"/>
      <w:pPr>
        <w:ind w:left="720" w:hanging="360"/>
      </w:pPr>
      <w:rPr>
        <w:rFonts w:hint="default"/>
        <w:sz w:val="17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566B0"/>
    <w:multiLevelType w:val="hybridMultilevel"/>
    <w:tmpl w:val="453C647E"/>
    <w:lvl w:ilvl="0" w:tplc="256645E8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22B3752"/>
    <w:multiLevelType w:val="hybridMultilevel"/>
    <w:tmpl w:val="B1046D10"/>
    <w:lvl w:ilvl="0" w:tplc="E86C1DAC">
      <w:start w:val="1"/>
      <w:numFmt w:val="decimal"/>
      <w:lvlText w:val="%1."/>
      <w:lvlJc w:val="left"/>
      <w:pPr>
        <w:ind w:left="720" w:hanging="360"/>
      </w:pPr>
      <w:rPr>
        <w:rFonts w:hint="default"/>
        <w:sz w:val="17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A66F2"/>
    <w:multiLevelType w:val="hybridMultilevel"/>
    <w:tmpl w:val="DD4E9300"/>
    <w:lvl w:ilvl="0" w:tplc="03E4B86E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5" w15:restartNumberingAfterBreak="0">
    <w:nsid w:val="51E3275A"/>
    <w:multiLevelType w:val="hybridMultilevel"/>
    <w:tmpl w:val="6AB62B7C"/>
    <w:lvl w:ilvl="0" w:tplc="776AAD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EF352C"/>
    <w:multiLevelType w:val="hybridMultilevel"/>
    <w:tmpl w:val="8A601210"/>
    <w:lvl w:ilvl="0" w:tplc="327065EC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7" w15:restartNumberingAfterBreak="0">
    <w:nsid w:val="63AB5DC5"/>
    <w:multiLevelType w:val="hybridMultilevel"/>
    <w:tmpl w:val="5FEC6CF2"/>
    <w:lvl w:ilvl="0" w:tplc="4626AD14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num w:numId="1" w16cid:durableId="401875625">
    <w:abstractNumId w:val="8"/>
  </w:num>
  <w:num w:numId="2" w16cid:durableId="1553076220">
    <w:abstractNumId w:val="6"/>
  </w:num>
  <w:num w:numId="3" w16cid:durableId="112603752">
    <w:abstractNumId w:val="5"/>
  </w:num>
  <w:num w:numId="4" w16cid:durableId="1614358657">
    <w:abstractNumId w:val="4"/>
  </w:num>
  <w:num w:numId="5" w16cid:durableId="1988515174">
    <w:abstractNumId w:val="7"/>
  </w:num>
  <w:num w:numId="6" w16cid:durableId="735275890">
    <w:abstractNumId w:val="3"/>
  </w:num>
  <w:num w:numId="7" w16cid:durableId="815343544">
    <w:abstractNumId w:val="2"/>
  </w:num>
  <w:num w:numId="8" w16cid:durableId="814444245">
    <w:abstractNumId w:val="1"/>
  </w:num>
  <w:num w:numId="9" w16cid:durableId="1515880143">
    <w:abstractNumId w:val="0"/>
  </w:num>
  <w:num w:numId="10" w16cid:durableId="1014068393">
    <w:abstractNumId w:val="15"/>
  </w:num>
  <w:num w:numId="11" w16cid:durableId="50469859">
    <w:abstractNumId w:val="12"/>
  </w:num>
  <w:num w:numId="12" w16cid:durableId="1250624475">
    <w:abstractNumId w:val="16"/>
  </w:num>
  <w:num w:numId="13" w16cid:durableId="1719429534">
    <w:abstractNumId w:val="17"/>
  </w:num>
  <w:num w:numId="14" w16cid:durableId="2084333154">
    <w:abstractNumId w:val="9"/>
  </w:num>
  <w:num w:numId="15" w16cid:durableId="1256087377">
    <w:abstractNumId w:val="14"/>
  </w:num>
  <w:num w:numId="16" w16cid:durableId="978878069">
    <w:abstractNumId w:val="11"/>
  </w:num>
  <w:num w:numId="17" w16cid:durableId="1202940270">
    <w:abstractNumId w:val="13"/>
  </w:num>
  <w:num w:numId="18" w16cid:durableId="4205691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388F"/>
    <w:rsid w:val="0006063C"/>
    <w:rsid w:val="000622EC"/>
    <w:rsid w:val="000A7FA3"/>
    <w:rsid w:val="000D43D4"/>
    <w:rsid w:val="00126243"/>
    <w:rsid w:val="0015074B"/>
    <w:rsid w:val="00183F4C"/>
    <w:rsid w:val="001A1FA1"/>
    <w:rsid w:val="001E2957"/>
    <w:rsid w:val="001F1828"/>
    <w:rsid w:val="001F1DA6"/>
    <w:rsid w:val="00214F7E"/>
    <w:rsid w:val="00262317"/>
    <w:rsid w:val="00266473"/>
    <w:rsid w:val="00275C64"/>
    <w:rsid w:val="002761EA"/>
    <w:rsid w:val="0029488D"/>
    <w:rsid w:val="002948D9"/>
    <w:rsid w:val="0029639D"/>
    <w:rsid w:val="002B2A17"/>
    <w:rsid w:val="00321C6E"/>
    <w:rsid w:val="00326F90"/>
    <w:rsid w:val="0035646B"/>
    <w:rsid w:val="003663D2"/>
    <w:rsid w:val="00367F3F"/>
    <w:rsid w:val="00374B41"/>
    <w:rsid w:val="00393498"/>
    <w:rsid w:val="003C28DC"/>
    <w:rsid w:val="003C7FC3"/>
    <w:rsid w:val="003D3C3F"/>
    <w:rsid w:val="003D5074"/>
    <w:rsid w:val="003D69CF"/>
    <w:rsid w:val="003E633E"/>
    <w:rsid w:val="003F4CF0"/>
    <w:rsid w:val="00455FD9"/>
    <w:rsid w:val="00463DA8"/>
    <w:rsid w:val="00471510"/>
    <w:rsid w:val="0049404A"/>
    <w:rsid w:val="004B048B"/>
    <w:rsid w:val="004E3B4D"/>
    <w:rsid w:val="00534099"/>
    <w:rsid w:val="0058394A"/>
    <w:rsid w:val="005A1A93"/>
    <w:rsid w:val="005B0263"/>
    <w:rsid w:val="0061381F"/>
    <w:rsid w:val="00614F5A"/>
    <w:rsid w:val="0066065B"/>
    <w:rsid w:val="00661053"/>
    <w:rsid w:val="00676427"/>
    <w:rsid w:val="00680AF9"/>
    <w:rsid w:val="006832FD"/>
    <w:rsid w:val="006A6430"/>
    <w:rsid w:val="006F0F7F"/>
    <w:rsid w:val="006F77CC"/>
    <w:rsid w:val="00702FC3"/>
    <w:rsid w:val="00703FD7"/>
    <w:rsid w:val="00731E88"/>
    <w:rsid w:val="00741BEC"/>
    <w:rsid w:val="00752294"/>
    <w:rsid w:val="00765478"/>
    <w:rsid w:val="007701EF"/>
    <w:rsid w:val="007A64ED"/>
    <w:rsid w:val="008167E2"/>
    <w:rsid w:val="00817863"/>
    <w:rsid w:val="008330A3"/>
    <w:rsid w:val="00867A36"/>
    <w:rsid w:val="008B2312"/>
    <w:rsid w:val="008B6791"/>
    <w:rsid w:val="008C3EC9"/>
    <w:rsid w:val="00905089"/>
    <w:rsid w:val="00933846"/>
    <w:rsid w:val="00960372"/>
    <w:rsid w:val="0096096C"/>
    <w:rsid w:val="00966058"/>
    <w:rsid w:val="00976633"/>
    <w:rsid w:val="009868DD"/>
    <w:rsid w:val="009D7810"/>
    <w:rsid w:val="00A02B49"/>
    <w:rsid w:val="00A26CAD"/>
    <w:rsid w:val="00A76DD9"/>
    <w:rsid w:val="00A81560"/>
    <w:rsid w:val="00A94D1D"/>
    <w:rsid w:val="00AA1D8D"/>
    <w:rsid w:val="00AB7FB2"/>
    <w:rsid w:val="00AC2DFB"/>
    <w:rsid w:val="00AF1265"/>
    <w:rsid w:val="00B04835"/>
    <w:rsid w:val="00B40C3E"/>
    <w:rsid w:val="00B47730"/>
    <w:rsid w:val="00B55E16"/>
    <w:rsid w:val="00B73537"/>
    <w:rsid w:val="00BD6F3A"/>
    <w:rsid w:val="00C13D19"/>
    <w:rsid w:val="00C17C27"/>
    <w:rsid w:val="00C3145B"/>
    <w:rsid w:val="00C56EBA"/>
    <w:rsid w:val="00C93467"/>
    <w:rsid w:val="00CB0664"/>
    <w:rsid w:val="00CC03E2"/>
    <w:rsid w:val="00CE1A7D"/>
    <w:rsid w:val="00D07202"/>
    <w:rsid w:val="00D07241"/>
    <w:rsid w:val="00D20B12"/>
    <w:rsid w:val="00D272B5"/>
    <w:rsid w:val="00D42AF7"/>
    <w:rsid w:val="00D65BE3"/>
    <w:rsid w:val="00D707B1"/>
    <w:rsid w:val="00D83F50"/>
    <w:rsid w:val="00DF2E26"/>
    <w:rsid w:val="00E14C78"/>
    <w:rsid w:val="00E75F98"/>
    <w:rsid w:val="00E77712"/>
    <w:rsid w:val="00E935A0"/>
    <w:rsid w:val="00EB6975"/>
    <w:rsid w:val="00EE47DC"/>
    <w:rsid w:val="00F620C4"/>
    <w:rsid w:val="00F911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B597E0"/>
  <w14:defaultImageDpi w14:val="330"/>
  <w15:docId w15:val="{D9D422A4-C514-4901-9F4E-6CFA576E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pPr>
      <w:spacing w:after="160" w:line="288" w:lineRule="auto"/>
    </w:pPr>
    <w:rPr>
      <w:rFonts w:ascii="Georgia" w:hAnsi="Georgia"/>
      <w:color w:val="2D3748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hivatkozs">
    <w:name w:val="Hyperlink"/>
    <w:basedOn w:val="Bekezdsalapbettpusa"/>
    <w:uiPriority w:val="99"/>
    <w:unhideWhenUsed/>
    <w:rsid w:val="00661053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610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rakosmentibolcsodek.hu/adatkezelesi-tajekoztato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195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Alma Napraforgó</cp:lastModifiedBy>
  <cp:revision>40</cp:revision>
  <dcterms:created xsi:type="dcterms:W3CDTF">2026-07-31T09:30:00Z</dcterms:created>
  <dcterms:modified xsi:type="dcterms:W3CDTF">2026-09-01T07:47:00Z</dcterms:modified>
  <cp:category/>
</cp:coreProperties>
</file>