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2F9F" w14:textId="77777777" w:rsidR="00560D81" w:rsidRPr="004A14FE" w:rsidRDefault="00560D81" w:rsidP="00560D81">
      <w:pPr>
        <w:spacing w:before="120" w:after="0" w:line="240" w:lineRule="auto"/>
        <w:ind w:left="360"/>
        <w:jc w:val="center"/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</w:pPr>
      <w:r w:rsidRPr="004A14FE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 xml:space="preserve">1. sz. </w:t>
      </w:r>
    </w:p>
    <w:p w14:paraId="2EE0256E" w14:textId="5EDE59F0" w:rsidR="00E141D8" w:rsidRPr="00560D81" w:rsidRDefault="00E141D8" w:rsidP="00560D81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560D81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Nyilatkozat</w:t>
      </w:r>
    </w:p>
    <w:p w14:paraId="6808B317" w14:textId="48D6E2FF" w:rsidR="00E141D8" w:rsidRPr="00D20E41" w:rsidRDefault="00E141D8" w:rsidP="00E141D8">
      <w:pPr>
        <w:spacing w:after="12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18"/>
          <w:szCs w:val="18"/>
        </w:rPr>
      </w:pPr>
      <w:r w:rsidRPr="00D20E41">
        <w:rPr>
          <w:rFonts w:ascii="Times New Roman" w:hAnsi="Times New Roman" w:cs="Times New Roman"/>
          <w:bCs/>
          <w:color w:val="404040" w:themeColor="text1" w:themeTint="BF"/>
          <w:sz w:val="18"/>
          <w:szCs w:val="18"/>
        </w:rPr>
        <w:t>Gyermek egészségi állapotáról, közösségben való megjelenéshez</w:t>
      </w:r>
      <w:r w:rsidR="00517369" w:rsidRPr="00D20E41">
        <w:rPr>
          <w:rFonts w:ascii="Times New Roman" w:hAnsi="Times New Roman" w:cs="Times New Roman"/>
          <w:bCs/>
          <w:color w:val="404040" w:themeColor="text1" w:themeTint="BF"/>
          <w:sz w:val="18"/>
          <w:szCs w:val="18"/>
        </w:rPr>
        <w:t>.</w:t>
      </w:r>
    </w:p>
    <w:p w14:paraId="30CB7A29" w14:textId="77777777" w:rsidR="00E141D8" w:rsidRPr="00560D81" w:rsidRDefault="00E141D8" w:rsidP="00E141D8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Adatok:</w:t>
      </w:r>
    </w:p>
    <w:p w14:paraId="091A3397" w14:textId="23B89446" w:rsidR="00E141D8" w:rsidRPr="00D20E41" w:rsidRDefault="00E141D8" w:rsidP="00E141D8">
      <w:pPr>
        <w:tabs>
          <w:tab w:val="left" w:pos="142"/>
        </w:tabs>
        <w:spacing w:after="120" w:line="240" w:lineRule="auto"/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Szülő/törv</w:t>
      </w:r>
      <w:r w:rsidR="00361A8D"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ényes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 xml:space="preserve"> képv</w:t>
      </w:r>
      <w:r w:rsidR="00361A8D"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 xml:space="preserve">iselő 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neve: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ab/>
      </w:r>
      <w:r w:rsidRPr="00D20E4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______________________________</w:t>
      </w:r>
      <w:r w:rsidR="00FB75F8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___________</w:t>
      </w:r>
      <w:r w:rsidRPr="00D20E4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_________</w:t>
      </w:r>
    </w:p>
    <w:p w14:paraId="4D39E047" w14:textId="4B51A737" w:rsidR="00E141D8" w:rsidRPr="00D20E41" w:rsidRDefault="00E141D8" w:rsidP="00E141D8">
      <w:pPr>
        <w:tabs>
          <w:tab w:val="left" w:pos="142"/>
        </w:tabs>
        <w:spacing w:after="120" w:line="240" w:lineRule="auto"/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Gyermek neve</w:t>
      </w:r>
      <w:r w:rsidR="00D20E4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 xml:space="preserve">: </w:t>
      </w:r>
      <w:r w:rsidRPr="00D20E4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__________________________________________</w:t>
      </w:r>
      <w:r w:rsidR="00FB75F8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___________</w:t>
      </w:r>
      <w:r w:rsidRPr="00D20E4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____________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 xml:space="preserve"> szül</w:t>
      </w:r>
      <w:r w:rsidR="00361A8D"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 xml:space="preserve">etési 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id</w:t>
      </w:r>
      <w:r w:rsidR="00361A8D"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eje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: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ab/>
      </w:r>
      <w:r w:rsidRPr="00D20E4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</w:t>
      </w:r>
      <w:r w:rsidR="00FB75F8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_____________</w:t>
      </w:r>
      <w:r w:rsidRPr="00D20E4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</w:t>
      </w:r>
    </w:p>
    <w:p w14:paraId="405DD504" w14:textId="77777777" w:rsidR="00E141D8" w:rsidRPr="00560D81" w:rsidRDefault="00E141D8" w:rsidP="00E141D8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Nyilatkozattétel:</w:t>
      </w:r>
    </w:p>
    <w:p w14:paraId="6AC1D065" w14:textId="7016EF6D" w:rsidR="00E141D8" w:rsidRPr="00560D81" w:rsidRDefault="00E141D8" w:rsidP="00D20E41">
      <w:pPr>
        <w:spacing w:after="6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 xml:space="preserve">Alulírott szülő/törvényes képviselő nyilatkozom, hogy a 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mai napon: 202________</w:t>
      </w:r>
      <w:r w:rsidR="00D20E4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__________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__és az ezt megelőző 48 órában gyermekemnél a következő tüneteket nem észleltem:</w:t>
      </w:r>
      <w:r w:rsidRPr="00560D8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 xml:space="preserve"> hőemelkedés, láz (37,5-től), torokfájás, nátha, köhögés, nehézlégzés, hányás, hasmenés, bőrkiütés, szemgyulladás (pirosság, </w:t>
      </w:r>
      <w:proofErr w:type="spellStart"/>
      <w:r w:rsidRPr="00560D8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váladékozás</w:t>
      </w:r>
      <w:proofErr w:type="spellEnd"/>
      <w:r w:rsidRPr="00560D8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), fülfájás/váladék ürülése a fülből.</w:t>
      </w:r>
    </w:p>
    <w:tbl>
      <w:tblPr>
        <w:tblW w:w="9360" w:type="dxa"/>
        <w:jc w:val="center"/>
        <w:tblBorders>
          <w:left w:val="single" w:sz="2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E141D8" w:rsidRPr="006E76DE" w14:paraId="23310DBE" w14:textId="77777777" w:rsidTr="0048236B">
        <w:trPr>
          <w:jc w:val="center"/>
        </w:trPr>
        <w:tc>
          <w:tcPr>
            <w:tcW w:w="9360" w:type="dxa"/>
            <w:shd w:val="clear" w:color="auto" w:fill="F2F2F2" w:themeFill="background1" w:themeFillShade="F2"/>
          </w:tcPr>
          <w:p w14:paraId="286499A5" w14:textId="77777777" w:rsidR="00E141D8" w:rsidRPr="00D20E41" w:rsidRDefault="00E141D8" w:rsidP="00FB75F8">
            <w:pPr>
              <w:spacing w:before="60" w:after="0" w:line="240" w:lineRule="auto"/>
              <w:ind w:left="142" w:right="142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16"/>
                <w:szCs w:val="16"/>
              </w:rPr>
            </w:pPr>
            <w:r w:rsidRPr="00D20E41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 xml:space="preserve">Megjegyzés: </w:t>
            </w:r>
            <w:r w:rsidRPr="00D20E41">
              <w:rPr>
                <w:rFonts w:ascii="Times New Roman" w:hAnsi="Times New Roman" w:cs="Times New Roman"/>
                <w:bCs/>
                <w:color w:val="404040" w:themeColor="text1" w:themeTint="BF"/>
                <w:sz w:val="16"/>
                <w:szCs w:val="16"/>
              </w:rPr>
              <w:t>Tájékoztatjuk, hogy amennyiben gyermeke egészségi állapotára vonatkozóan, nyilatkozatától jelentősen eltérő tüneteket tapasztalnak bölcsődei szakembereink vagy a gyermek a bölcsődében betegszik meg, saját gyermeke és a csoportba járó gyermekek egészségének védelme érdekében a bölcsődének jogában áll megtagadni a gyermek bölcsődei ellátását és orvoshoz irányíthatják. Kérjük,</w:t>
            </w:r>
          </w:p>
          <w:p w14:paraId="36671872" w14:textId="77777777" w:rsidR="00E141D8" w:rsidRPr="00D20E41" w:rsidRDefault="00E141D8" w:rsidP="00FB75F8">
            <w:pPr>
              <w:spacing w:after="120" w:line="240" w:lineRule="auto"/>
              <w:ind w:left="142" w:right="142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16"/>
                <w:szCs w:val="16"/>
              </w:rPr>
            </w:pPr>
            <w:r w:rsidRPr="00D20E41">
              <w:rPr>
                <w:rFonts w:ascii="Times New Roman" w:hAnsi="Times New Roman" w:cs="Times New Roman"/>
                <w:bCs/>
                <w:color w:val="404040" w:themeColor="text1" w:themeTint="BF"/>
                <w:sz w:val="16"/>
                <w:szCs w:val="16"/>
              </w:rPr>
              <w:t>hogy legalább 3 napig tartsa o</w:t>
            </w:r>
            <w:r w:rsidRPr="00D20E41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16"/>
                <w:szCs w:val="16"/>
              </w:rPr>
              <w:t>tt</w:t>
            </w:r>
            <w:r w:rsidRPr="00D20E41">
              <w:rPr>
                <w:rFonts w:ascii="Times New Roman" w:hAnsi="Times New Roman" w:cs="Times New Roman"/>
                <w:bCs/>
                <w:color w:val="404040" w:themeColor="text1" w:themeTint="BF"/>
                <w:sz w:val="16"/>
                <w:szCs w:val="16"/>
              </w:rPr>
              <w:t>hon gyermekét. Ilyen esetben, csak orvosi igazolással jöhet újra bölcsődébe a gyermek.</w:t>
            </w:r>
          </w:p>
          <w:p w14:paraId="2C21AE86" w14:textId="77777777" w:rsidR="00E141D8" w:rsidRPr="00957023" w:rsidRDefault="00E141D8" w:rsidP="00FB75F8">
            <w:pPr>
              <w:spacing w:after="60" w:line="240" w:lineRule="auto"/>
              <w:ind w:left="142" w:right="142"/>
              <w:jc w:val="both"/>
              <w:rPr>
                <w:rFonts w:ascii="Times New Roman" w:hAnsi="Times New Roman" w:cs="Times New Roman"/>
                <w:b/>
                <w:i/>
                <w:iCs/>
                <w:color w:val="404040" w:themeColor="text1" w:themeTint="BF"/>
                <w:sz w:val="16"/>
                <w:szCs w:val="16"/>
              </w:rPr>
            </w:pPr>
            <w:r w:rsidRPr="00D20E41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Felhívjuk figyelmét, hogy amennyiben nem működik együtt a bölcsődei szakemberrel (kisgyermeknevelő, bölcsődevezető), veszélyeztetheti gyermeke egészségét, amely maradandó egészségkárosodást okozhat számára. Ezekben az esetekben az intézménynek joga és kötelessége azt jelezni a kerületi Gyermekvédelmi Központ felé.</w:t>
            </w:r>
          </w:p>
        </w:tc>
      </w:tr>
    </w:tbl>
    <w:p w14:paraId="2BE8FB4E" w14:textId="77777777" w:rsidR="00E141D8" w:rsidRDefault="00E141D8" w:rsidP="00E141D8">
      <w:pPr>
        <w:spacing w:after="0" w:line="120" w:lineRule="exact"/>
        <w:rPr>
          <w:rFonts w:ascii="Times New Roman" w:hAnsi="Times New Roman" w:cs="Times New Roman"/>
          <w:i/>
          <w:color w:val="404040" w:themeColor="text1" w:themeTint="BF"/>
          <w:sz w:val="18"/>
          <w:szCs w:val="18"/>
        </w:rPr>
      </w:pPr>
    </w:p>
    <w:tbl>
      <w:tblPr>
        <w:tblW w:w="9360" w:type="dxa"/>
        <w:jc w:val="center"/>
        <w:tblBorders>
          <w:left w:val="single" w:sz="2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E141D8" w:rsidRPr="006E76DE" w14:paraId="55AA9C8E" w14:textId="77777777" w:rsidTr="0048236B">
        <w:trPr>
          <w:jc w:val="center"/>
        </w:trPr>
        <w:tc>
          <w:tcPr>
            <w:tcW w:w="9360" w:type="dxa"/>
            <w:shd w:val="clear" w:color="auto" w:fill="F2F2F2" w:themeFill="background1" w:themeFillShade="F2"/>
          </w:tcPr>
          <w:p w14:paraId="23FDAB8A" w14:textId="77777777" w:rsidR="00E141D8" w:rsidRPr="00B04BC8" w:rsidRDefault="00E141D8" w:rsidP="0048236B">
            <w:pPr>
              <w:spacing w:before="60" w:after="60" w:line="240" w:lineRule="auto"/>
              <w:ind w:left="142" w:right="142"/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</w:pPr>
            <w:r w:rsidRPr="00B04BC8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 xml:space="preserve">Adatkezelés: </w:t>
            </w:r>
            <w:r w:rsidRPr="00B04BC8">
              <w:rPr>
                <w:rFonts w:ascii="Times New Roman" w:hAnsi="Times New Roman" w:cs="Times New Roman"/>
                <w:i/>
                <w:color w:val="404040" w:themeColor="text1" w:themeTint="BF"/>
                <w:sz w:val="16"/>
                <w:szCs w:val="16"/>
              </w:rPr>
              <w:t>A vonatkozó adatkezelési tájékoztatót elolvastam, és az abban foglaltakat tudomásul veszem</w:t>
            </w:r>
            <w:r>
              <w:rPr>
                <w:rFonts w:ascii="Times New Roman" w:hAnsi="Times New Roman" w:cs="Times New Roman"/>
                <w:i/>
                <w:color w:val="404040" w:themeColor="text1" w:themeTint="BF"/>
                <w:sz w:val="16"/>
                <w:szCs w:val="16"/>
              </w:rPr>
              <w:t>.</w:t>
            </w:r>
          </w:p>
        </w:tc>
      </w:tr>
    </w:tbl>
    <w:p w14:paraId="0D44E21C" w14:textId="77777777" w:rsidR="00E141D8" w:rsidRPr="00560D81" w:rsidRDefault="00E141D8" w:rsidP="00560D81">
      <w:pPr>
        <w:spacing w:before="240" w:after="240" w:line="240" w:lineRule="auto"/>
        <w:rPr>
          <w:rFonts w:ascii="Times New Roman" w:hAnsi="Times New Roman" w:cs="Times New Roman"/>
          <w:i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i/>
          <w:color w:val="404040" w:themeColor="text1" w:themeTint="BF"/>
          <w:sz w:val="16"/>
          <w:szCs w:val="16"/>
        </w:rPr>
        <w:t>Kelt: Budapest, 202____ év _______________ hó _____ nap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896"/>
      </w:tblGrid>
      <w:tr w:rsidR="00E35A2C" w:rsidRPr="00560D81" w14:paraId="541FDEB1" w14:textId="77777777" w:rsidTr="00E35A2C">
        <w:trPr>
          <w:jc w:val="right"/>
        </w:trPr>
        <w:tc>
          <w:tcPr>
            <w:tcW w:w="4896" w:type="dxa"/>
          </w:tcPr>
          <w:p w14:paraId="55C07A47" w14:textId="77777777" w:rsidR="00E35A2C" w:rsidRPr="00560D81" w:rsidRDefault="00E35A2C" w:rsidP="004823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</w:pPr>
            <w:r w:rsidRPr="00560D81"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  <w:t>___________________________</w:t>
            </w:r>
          </w:p>
        </w:tc>
      </w:tr>
      <w:tr w:rsidR="00E35A2C" w:rsidRPr="00560D81" w14:paraId="35B0AE2D" w14:textId="77777777" w:rsidTr="00E35A2C">
        <w:trPr>
          <w:jc w:val="right"/>
        </w:trPr>
        <w:tc>
          <w:tcPr>
            <w:tcW w:w="4896" w:type="dxa"/>
          </w:tcPr>
          <w:p w14:paraId="44601920" w14:textId="0AA2A9D7" w:rsidR="00E35A2C" w:rsidRPr="00560D81" w:rsidRDefault="00E35A2C" w:rsidP="00FA3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</w:pPr>
            <w:r w:rsidRPr="00560D81"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  <w:t>szülő/törvényes képviselő</w:t>
            </w:r>
            <w:r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  <w:t xml:space="preserve"> </w:t>
            </w:r>
            <w:r w:rsidRPr="00560D81"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  <w:t>(aláírás)</w:t>
            </w:r>
          </w:p>
        </w:tc>
      </w:tr>
    </w:tbl>
    <w:p w14:paraId="74F5DC68" w14:textId="3AF75B57" w:rsidR="00455FB2" w:rsidRPr="00560D81" w:rsidRDefault="006F25C8" w:rsidP="0065631A">
      <w:pPr>
        <w:spacing w:before="240"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1</w:t>
      </w:r>
      <w:r w:rsidR="001D57C1" w:rsidRPr="00560D8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. sz. </w:t>
      </w:r>
      <w:r w:rsidR="00873458" w:rsidRPr="00560D8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nyilatkozat</w:t>
      </w:r>
      <w:r w:rsidR="001D57C1" w:rsidRPr="00560D8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 | </w:t>
      </w:r>
      <w:r w:rsidR="00D20E4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Bölcsődei jogviszony</w:t>
      </w:r>
      <w:r w:rsidR="003310B6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 </w:t>
      </w:r>
      <w:r w:rsidR="001D57C1" w:rsidRPr="00560D8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| Adatkezelési tájékoztató elérhetősége: papíralapon</w:t>
      </w:r>
      <w:r w:rsidR="00060EDB" w:rsidRPr="00560D8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 </w:t>
      </w:r>
      <w:r w:rsidR="001D57C1" w:rsidRPr="00560D8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a bölcsődevezető</w:t>
      </w:r>
      <w:r w:rsidR="00060EDB" w:rsidRPr="00560D8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nél</w:t>
      </w:r>
      <w:r w:rsidR="001D57C1" w:rsidRPr="00560D8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,</w:t>
      </w:r>
    </w:p>
    <w:p w14:paraId="366D6346" w14:textId="77777777" w:rsidR="002D3062" w:rsidRPr="00560D81" w:rsidRDefault="001D57C1" w:rsidP="002D3062">
      <w:pPr>
        <w:spacing w:line="240" w:lineRule="auto"/>
        <w:jc w:val="center"/>
        <w:rPr>
          <w:rFonts w:ascii="Times New Roman" w:hAnsi="Times New Roman" w:cs="Times New Roman"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elektronikusan itt található: </w:t>
      </w:r>
      <w:hyperlink r:id="rId8" w:history="1">
        <w:r w:rsidRPr="00560D81">
          <w:rPr>
            <w:rStyle w:val="Hiperhivatkozs"/>
            <w:rFonts w:ascii="Times New Roman" w:hAnsi="Times New Roman" w:cs="Times New Roman"/>
            <w:color w:val="404040" w:themeColor="text1" w:themeTint="BF"/>
            <w:sz w:val="16"/>
            <w:szCs w:val="16"/>
          </w:rPr>
          <w:t>https://rakosmentibolcsodek.hu/adatkezelesi-tajekoztatok/</w:t>
        </w:r>
      </w:hyperlink>
    </w:p>
    <w:p w14:paraId="54F1B2E8" w14:textId="09A48E1F" w:rsidR="00936CDE" w:rsidRPr="002D3062" w:rsidRDefault="00936CDE" w:rsidP="002D3062">
      <w:pPr>
        <w:spacing w:line="240" w:lineRule="auto"/>
        <w:ind w:left="-1418" w:right="-1418"/>
        <w:rPr>
          <w:rFonts w:ascii="Times New Roman" w:hAnsi="Times New Roman" w:cs="Times New Roman"/>
          <w:color w:val="404040" w:themeColor="text1" w:themeTint="BF"/>
          <w:sz w:val="16"/>
          <w:szCs w:val="16"/>
        </w:rPr>
      </w:pPr>
      <w:r w:rsidRPr="00AD64A5">
        <w:rPr>
          <w:rFonts w:ascii="Times New Roman" w:hAnsi="Times New Roman" w:cs="Times New Roman"/>
          <w:b/>
          <w:color w:val="A0AEC0"/>
          <w:sz w:val="12"/>
          <w:szCs w:val="12"/>
        </w:rPr>
        <w:t xml:space="preserve">- </w:t>
      </w:r>
      <w:r w:rsidRPr="00A6186B">
        <w:rPr>
          <w:rFonts w:ascii="Times New Roman" w:hAnsi="Times New Roman" w:cs="Times New Roman"/>
          <w:b/>
          <w:color w:val="595959" w:themeColor="text1" w:themeTint="A6"/>
          <w:sz w:val="12"/>
          <w:szCs w:val="12"/>
        </w:rPr>
        <w:t xml:space="preserve">- - - - - - - - - - - - - - </w:t>
      </w:r>
      <w:r w:rsidRPr="00A6186B">
        <w:rPr>
          <w:rFonts w:ascii="Segoe UI Symbol" w:hAnsi="Segoe UI Symbol" w:cs="Segoe UI Symbol"/>
          <w:b/>
          <w:color w:val="595959" w:themeColor="text1" w:themeTint="A6"/>
          <w:sz w:val="12"/>
          <w:szCs w:val="12"/>
        </w:rPr>
        <w:t>✂</w:t>
      </w:r>
      <w:r w:rsidRPr="00A6186B">
        <w:rPr>
          <w:rFonts w:ascii="Times New Roman" w:hAnsi="Times New Roman" w:cs="Times New Roman"/>
          <w:b/>
          <w:color w:val="595959" w:themeColor="text1" w:themeTint="A6"/>
          <w:sz w:val="12"/>
          <w:szCs w:val="12"/>
        </w:rPr>
        <w:t xml:space="preserve"> - - - VÁGÁS HELYE - - - </w:t>
      </w:r>
      <w:r w:rsidRPr="00A6186B">
        <w:rPr>
          <w:rFonts w:ascii="Segoe UI Symbol" w:hAnsi="Segoe UI Symbol" w:cs="Segoe UI Symbol"/>
          <w:b/>
          <w:color w:val="595959" w:themeColor="text1" w:themeTint="A6"/>
          <w:sz w:val="12"/>
          <w:szCs w:val="12"/>
        </w:rPr>
        <w:t>✂</w:t>
      </w:r>
      <w:r w:rsidRPr="00A6186B">
        <w:rPr>
          <w:rFonts w:ascii="Times New Roman" w:hAnsi="Times New Roman" w:cs="Times New Roman"/>
          <w:b/>
          <w:color w:val="595959" w:themeColor="text1" w:themeTint="A6"/>
          <w:sz w:val="12"/>
          <w:szCs w:val="12"/>
        </w:rPr>
        <w:t xml:space="preserve"> - - - - - - - - - - - - - - -- - - - - - - - - - - - - - - </w:t>
      </w:r>
      <w:r w:rsidRPr="00A6186B">
        <w:rPr>
          <w:rFonts w:ascii="Segoe UI Symbol" w:hAnsi="Segoe UI Symbol" w:cs="Segoe UI Symbol"/>
          <w:b/>
          <w:color w:val="595959" w:themeColor="text1" w:themeTint="A6"/>
          <w:sz w:val="12"/>
          <w:szCs w:val="12"/>
        </w:rPr>
        <w:t>✂</w:t>
      </w:r>
      <w:r w:rsidRPr="00A6186B">
        <w:rPr>
          <w:rFonts w:ascii="Times New Roman" w:hAnsi="Times New Roman" w:cs="Times New Roman"/>
          <w:b/>
          <w:color w:val="595959" w:themeColor="text1" w:themeTint="A6"/>
          <w:sz w:val="12"/>
          <w:szCs w:val="12"/>
        </w:rPr>
        <w:t xml:space="preserve"> - - - VÁGÁS HELYE - - - </w:t>
      </w:r>
      <w:r w:rsidRPr="00A6186B">
        <w:rPr>
          <w:rFonts w:ascii="Segoe UI Symbol" w:hAnsi="Segoe UI Symbol" w:cs="Segoe UI Symbol"/>
          <w:b/>
          <w:color w:val="595959" w:themeColor="text1" w:themeTint="A6"/>
          <w:sz w:val="12"/>
          <w:szCs w:val="12"/>
        </w:rPr>
        <w:t>✂</w:t>
      </w:r>
      <w:r w:rsidRPr="00A6186B">
        <w:rPr>
          <w:rFonts w:ascii="Times New Roman" w:hAnsi="Times New Roman" w:cs="Times New Roman"/>
          <w:b/>
          <w:color w:val="595959" w:themeColor="text1" w:themeTint="A6"/>
          <w:sz w:val="12"/>
          <w:szCs w:val="12"/>
        </w:rPr>
        <w:t xml:space="preserve"> - - - - - - - - - - - - - - -</w:t>
      </w:r>
      <w:r w:rsidR="002D3062" w:rsidRPr="00A6186B">
        <w:rPr>
          <w:rFonts w:ascii="Segoe UI Symbol" w:hAnsi="Segoe UI Symbol" w:cs="Segoe UI Symbol"/>
          <w:b/>
          <w:color w:val="595959" w:themeColor="text1" w:themeTint="A6"/>
          <w:sz w:val="12"/>
          <w:szCs w:val="12"/>
        </w:rPr>
        <w:t>✂</w:t>
      </w:r>
      <w:r w:rsidR="002D3062" w:rsidRPr="00A6186B">
        <w:rPr>
          <w:rFonts w:ascii="Times New Roman" w:hAnsi="Times New Roman" w:cs="Times New Roman"/>
          <w:b/>
          <w:color w:val="595959" w:themeColor="text1" w:themeTint="A6"/>
          <w:sz w:val="12"/>
          <w:szCs w:val="12"/>
        </w:rPr>
        <w:t xml:space="preserve"> - - - VÁGÁS HELYE - - - </w:t>
      </w:r>
      <w:r w:rsidR="002D3062" w:rsidRPr="00A6186B">
        <w:rPr>
          <w:rFonts w:ascii="Segoe UI Symbol" w:hAnsi="Segoe UI Symbol" w:cs="Segoe UI Symbol"/>
          <w:b/>
          <w:color w:val="595959" w:themeColor="text1" w:themeTint="A6"/>
          <w:sz w:val="12"/>
          <w:szCs w:val="12"/>
        </w:rPr>
        <w:t>✂</w:t>
      </w:r>
      <w:r w:rsidR="002D3062" w:rsidRPr="00A6186B">
        <w:rPr>
          <w:rFonts w:ascii="Times New Roman" w:hAnsi="Times New Roman" w:cs="Times New Roman"/>
          <w:b/>
          <w:color w:val="595959" w:themeColor="text1" w:themeTint="A6"/>
          <w:sz w:val="12"/>
          <w:szCs w:val="12"/>
        </w:rPr>
        <w:t xml:space="preserve"> - - - - - - - - - - - - - - -- VÁGÁS HELYE - - - </w:t>
      </w:r>
      <w:r w:rsidR="002D3062" w:rsidRPr="00A6186B">
        <w:rPr>
          <w:rFonts w:ascii="Segoe UI Symbol" w:hAnsi="Segoe UI Symbol" w:cs="Segoe UI Symbol"/>
          <w:b/>
          <w:color w:val="595959" w:themeColor="text1" w:themeTint="A6"/>
          <w:sz w:val="12"/>
          <w:szCs w:val="12"/>
        </w:rPr>
        <w:t>✂</w:t>
      </w:r>
      <w:r w:rsidR="002D3062" w:rsidRPr="00A6186B">
        <w:rPr>
          <w:rFonts w:ascii="Times New Roman" w:hAnsi="Times New Roman" w:cs="Times New Roman"/>
          <w:b/>
          <w:color w:val="595959" w:themeColor="text1" w:themeTint="A6"/>
          <w:sz w:val="12"/>
          <w:szCs w:val="12"/>
        </w:rPr>
        <w:t xml:space="preserve"> - - - - - - - - -- - - </w:t>
      </w:r>
    </w:p>
    <w:p w14:paraId="1E4C85F2" w14:textId="3F5C7509" w:rsidR="008C5F1B" w:rsidRPr="002F4518" w:rsidRDefault="008C5F1B" w:rsidP="002D3062">
      <w:pPr>
        <w:pStyle w:val="lfej"/>
        <w:pBdr>
          <w:bottom w:val="single" w:sz="8" w:space="4" w:color="595959" w:themeColor="text1" w:themeTint="A6"/>
        </w:pBdr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</w:pPr>
      <w:r w:rsidRPr="002F4518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Budapest Főváros XVII. ker. Rákosmente Önkormányzat</w:t>
      </w:r>
      <w:r w:rsidRPr="002F4518">
        <w:rPr>
          <w:rFonts w:ascii="Times New Roman" w:hAnsi="Times New Roman" w:cs="Times New Roman"/>
          <w:bCs/>
          <w:i/>
          <w:color w:val="404040" w:themeColor="text1" w:themeTint="BF"/>
          <w:sz w:val="16"/>
          <w:szCs w:val="16"/>
          <w:lang w:val="en-US"/>
        </w:rPr>
        <w:t xml:space="preserve"> </w:t>
      </w:r>
    </w:p>
    <w:p w14:paraId="41B58BF7" w14:textId="44E609B7" w:rsidR="008C5F1B" w:rsidRPr="002F4518" w:rsidRDefault="008C5F1B" w:rsidP="002D3062">
      <w:pPr>
        <w:pStyle w:val="lfej"/>
        <w:pBdr>
          <w:bottom w:val="single" w:sz="8" w:space="4" w:color="595959" w:themeColor="text1" w:themeTint="A6"/>
        </w:pBdr>
        <w:rPr>
          <w:rFonts w:ascii="Times New Roman" w:hAnsi="Times New Roman" w:cs="Times New Roman"/>
          <w:color w:val="404040" w:themeColor="text1" w:themeTint="BF"/>
          <w:sz w:val="16"/>
          <w:szCs w:val="16"/>
        </w:rPr>
      </w:pPr>
      <w:r w:rsidRPr="002F4518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Rákosmenti Egyesített Bölcsődék</w:t>
      </w:r>
      <w:r w:rsidRPr="002F4518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br/>
      </w:r>
      <w:r w:rsidRPr="002F4518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Székhely: 1173 Budapest, Kaszáló u. 50. | Telefon: +36 1 200-4622</w:t>
      </w:r>
      <w:r w:rsidRPr="002F4518">
        <w:rPr>
          <w:rFonts w:ascii="Times New Roman" w:hAnsi="Times New Roman" w:cs="Times New Roman"/>
          <w:color w:val="404040" w:themeColor="text1" w:themeTint="BF"/>
          <w:sz w:val="16"/>
          <w:szCs w:val="16"/>
        </w:rPr>
        <w:br/>
        <w:t>E-mail: kozpont@rakosmentibolcsodek.hu | Web: www.rakosmentibolcsodek.hu</w:t>
      </w:r>
    </w:p>
    <w:p w14:paraId="5A98ACFA" w14:textId="689C2C24" w:rsidR="00560D81" w:rsidRPr="004A14FE" w:rsidRDefault="00560D81" w:rsidP="00560D81">
      <w:pPr>
        <w:spacing w:before="120" w:after="0" w:line="240" w:lineRule="auto"/>
        <w:ind w:left="360"/>
        <w:jc w:val="center"/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</w:pPr>
      <w:r w:rsidRPr="004A14FE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1. sz.</w:t>
      </w:r>
    </w:p>
    <w:p w14:paraId="70D9C88A" w14:textId="3D10EEF6" w:rsidR="00E141D8" w:rsidRPr="00455FB2" w:rsidRDefault="00E141D8" w:rsidP="00560D81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Nyilatkozat</w:t>
      </w:r>
    </w:p>
    <w:p w14:paraId="6DEF3D75" w14:textId="76CF3AA8" w:rsidR="00E141D8" w:rsidRPr="00FE5503" w:rsidRDefault="00E141D8" w:rsidP="00E141D8">
      <w:pPr>
        <w:spacing w:after="12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18"/>
          <w:szCs w:val="18"/>
        </w:rPr>
      </w:pPr>
      <w:r w:rsidRPr="00FE5503">
        <w:rPr>
          <w:rFonts w:ascii="Times New Roman" w:hAnsi="Times New Roman" w:cs="Times New Roman"/>
          <w:bCs/>
          <w:color w:val="404040" w:themeColor="text1" w:themeTint="BF"/>
          <w:sz w:val="18"/>
          <w:szCs w:val="18"/>
        </w:rPr>
        <w:t>Gyermek egészségi állapotáról, közösségben való megjelenéshez</w:t>
      </w:r>
      <w:r w:rsidR="00517369" w:rsidRPr="00FE5503">
        <w:rPr>
          <w:rFonts w:ascii="Times New Roman" w:hAnsi="Times New Roman" w:cs="Times New Roman"/>
          <w:bCs/>
          <w:color w:val="404040" w:themeColor="text1" w:themeTint="BF"/>
          <w:sz w:val="18"/>
          <w:szCs w:val="18"/>
        </w:rPr>
        <w:t>.</w:t>
      </w:r>
    </w:p>
    <w:p w14:paraId="0E159DEE" w14:textId="77777777" w:rsidR="00E141D8" w:rsidRPr="00560D81" w:rsidRDefault="00E141D8" w:rsidP="00E141D8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Adatok:</w:t>
      </w:r>
    </w:p>
    <w:p w14:paraId="7F2BA47B" w14:textId="6045778E" w:rsidR="00E141D8" w:rsidRPr="00560D81" w:rsidRDefault="00E141D8" w:rsidP="00E141D8">
      <w:pPr>
        <w:tabs>
          <w:tab w:val="left" w:pos="142"/>
        </w:tabs>
        <w:spacing w:after="120" w:line="240" w:lineRule="auto"/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Szülő/törv</w:t>
      </w:r>
      <w:r w:rsidR="00361A8D"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ényes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 xml:space="preserve"> képv</w:t>
      </w:r>
      <w:r w:rsidR="00361A8D"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 xml:space="preserve">iselő 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neve: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ab/>
        <w:t>________________________</w:t>
      </w:r>
      <w:r w:rsidR="00FB75F8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___________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_______________</w:t>
      </w:r>
    </w:p>
    <w:p w14:paraId="6E5860A4" w14:textId="6B089F65" w:rsidR="00E141D8" w:rsidRPr="00560D81" w:rsidRDefault="00FB75F8" w:rsidP="00E141D8">
      <w:pPr>
        <w:tabs>
          <w:tab w:val="left" w:pos="142"/>
        </w:tabs>
        <w:spacing w:after="120" w:line="240" w:lineRule="auto"/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Gyermek neve</w:t>
      </w:r>
      <w:r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 xml:space="preserve">: </w:t>
      </w:r>
      <w:r w:rsidRPr="00D20E4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__________________________________________</w:t>
      </w:r>
      <w:r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___________</w:t>
      </w:r>
      <w:r w:rsidRPr="00D20E4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____________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 xml:space="preserve"> születési ideje: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ab/>
      </w:r>
      <w:r w:rsidRPr="00D20E4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</w:t>
      </w:r>
      <w:r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_____________</w:t>
      </w:r>
      <w:r w:rsidRPr="00D20E4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_____</w:t>
      </w:r>
    </w:p>
    <w:p w14:paraId="4F8061B9" w14:textId="77777777" w:rsidR="00E141D8" w:rsidRPr="00560D81" w:rsidRDefault="00E141D8" w:rsidP="00E141D8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Nyilatkozattétel:</w:t>
      </w:r>
    </w:p>
    <w:p w14:paraId="0B31D0A6" w14:textId="77777777" w:rsidR="00E141D8" w:rsidRPr="00560D81" w:rsidRDefault="00E141D8" w:rsidP="00E141D8">
      <w:pPr>
        <w:spacing w:after="60" w:line="240" w:lineRule="auto"/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 xml:space="preserve">Alulírott szülő/törvényes képviselő nyilatkozom, hogy a 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mai napon: 202__________és az ezt megelőző 48 órában gyermekemnél</w:t>
      </w:r>
      <w:r w:rsidRPr="00560D8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 xml:space="preserve"> </w:t>
      </w:r>
      <w:r w:rsidRPr="00560D81">
        <w:rPr>
          <w:rFonts w:ascii="Times New Roman" w:hAnsi="Times New Roman" w:cs="Times New Roman"/>
          <w:b/>
          <w:color w:val="404040" w:themeColor="text1" w:themeTint="BF"/>
          <w:sz w:val="16"/>
          <w:szCs w:val="16"/>
        </w:rPr>
        <w:t>a következő tüneteket nem észleltem</w:t>
      </w:r>
      <w:r w:rsidRPr="00560D8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 xml:space="preserve">: hőemelkedés, láz (37,5-től), torokfájás, nátha, köhögés, nehézlégzés, hányás, hasmenés, bőrkiütés, szemgyulladás (pirosság, </w:t>
      </w:r>
      <w:proofErr w:type="spellStart"/>
      <w:r w:rsidRPr="00560D8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váladékozás</w:t>
      </w:r>
      <w:proofErr w:type="spellEnd"/>
      <w:r w:rsidRPr="00560D81"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  <w:t>), fülfájás/váladék ürülése a fülből.</w:t>
      </w:r>
    </w:p>
    <w:tbl>
      <w:tblPr>
        <w:tblW w:w="9360" w:type="dxa"/>
        <w:jc w:val="center"/>
        <w:tblBorders>
          <w:left w:val="single" w:sz="2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E141D8" w:rsidRPr="006E76DE" w14:paraId="2B3AB773" w14:textId="77777777" w:rsidTr="0048236B">
        <w:trPr>
          <w:jc w:val="center"/>
        </w:trPr>
        <w:tc>
          <w:tcPr>
            <w:tcW w:w="9360" w:type="dxa"/>
            <w:shd w:val="clear" w:color="auto" w:fill="F2F2F2" w:themeFill="background1" w:themeFillShade="F2"/>
          </w:tcPr>
          <w:p w14:paraId="111E2D00" w14:textId="77777777" w:rsidR="00E141D8" w:rsidRPr="00893F7D" w:rsidRDefault="00E141D8" w:rsidP="00FB75F8">
            <w:pPr>
              <w:spacing w:before="60" w:after="0" w:line="240" w:lineRule="auto"/>
              <w:ind w:left="142" w:right="142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Megjegyzés</w:t>
            </w:r>
            <w:r w:rsidRPr="00B04BC8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 xml:space="preserve">: </w:t>
            </w:r>
            <w:r w:rsidRPr="00893F7D">
              <w:rPr>
                <w:rFonts w:ascii="Times New Roman" w:hAnsi="Times New Roman" w:cs="Times New Roman"/>
                <w:bCs/>
                <w:color w:val="404040" w:themeColor="text1" w:themeTint="BF"/>
                <w:sz w:val="16"/>
                <w:szCs w:val="16"/>
              </w:rPr>
              <w:t>Tájékoztatjuk, hogy amennyiben gyermeke egészségi állapotára vonatkozóan, nyilatkozatától jelentősen eltérő tüneteket tapasztalnak bölcsődei szakembereink vagy a gyermek a bölcsődében betegszik meg, saját gyermeke és a csoportba járó gyermekek egészségének védelme érdekében a bölcsődének jogában áll megtagadni a gyermek bölcsődei ellátását és orvoshoz irányíthatják. Kérjük,</w:t>
            </w:r>
          </w:p>
          <w:p w14:paraId="4DB1116C" w14:textId="77777777" w:rsidR="00E141D8" w:rsidRPr="00893F7D" w:rsidRDefault="00E141D8" w:rsidP="00FB75F8">
            <w:pPr>
              <w:spacing w:after="120" w:line="240" w:lineRule="auto"/>
              <w:ind w:left="142" w:right="142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16"/>
                <w:szCs w:val="16"/>
              </w:rPr>
            </w:pPr>
            <w:r w:rsidRPr="00893F7D">
              <w:rPr>
                <w:rFonts w:ascii="Times New Roman" w:hAnsi="Times New Roman" w:cs="Times New Roman"/>
                <w:bCs/>
                <w:color w:val="404040" w:themeColor="text1" w:themeTint="BF"/>
                <w:sz w:val="16"/>
                <w:szCs w:val="16"/>
              </w:rPr>
              <w:t>hogy legalább 3 napig tartsa o</w:t>
            </w:r>
            <w:r w:rsidRPr="00893F7D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16"/>
                <w:szCs w:val="16"/>
              </w:rPr>
              <w:t>tt</w:t>
            </w:r>
            <w:r w:rsidRPr="00893F7D">
              <w:rPr>
                <w:rFonts w:ascii="Times New Roman" w:hAnsi="Times New Roman" w:cs="Times New Roman"/>
                <w:bCs/>
                <w:color w:val="404040" w:themeColor="text1" w:themeTint="BF"/>
                <w:sz w:val="16"/>
                <w:szCs w:val="16"/>
              </w:rPr>
              <w:t>hon gyermekét. Ilyen esetben, csak orvosi igazolással jöhet újra bölcsődébe a gyermek.</w:t>
            </w:r>
          </w:p>
          <w:p w14:paraId="1CF62D76" w14:textId="77777777" w:rsidR="00E141D8" w:rsidRPr="00957023" w:rsidRDefault="00E141D8" w:rsidP="00FB75F8">
            <w:pPr>
              <w:spacing w:after="60" w:line="240" w:lineRule="auto"/>
              <w:ind w:left="142" w:right="142"/>
              <w:jc w:val="both"/>
              <w:rPr>
                <w:rFonts w:ascii="Times New Roman" w:hAnsi="Times New Roman" w:cs="Times New Roman"/>
                <w:b/>
                <w:i/>
                <w:iCs/>
                <w:color w:val="404040" w:themeColor="text1" w:themeTint="BF"/>
                <w:sz w:val="16"/>
                <w:szCs w:val="16"/>
              </w:rPr>
            </w:pPr>
            <w:r w:rsidRPr="00893F7D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Felhívjuk figyelmét, hogy amennyiben nem működik együtt a bölcsődei szakemberrel (kisgyermeknevelő, bölcsődevezető), veszélyeztetheti gyermeke egészségét, amely maradandó egészségkárosodást okozhat számára. Ezekben az esetekben az intézménynek joga és kötelessége azt jelezni a kerületi Gyermekvédelmi Központ felé.</w:t>
            </w:r>
          </w:p>
        </w:tc>
      </w:tr>
    </w:tbl>
    <w:p w14:paraId="069C775F" w14:textId="77777777" w:rsidR="00E141D8" w:rsidRDefault="00E141D8" w:rsidP="00E141D8">
      <w:pPr>
        <w:spacing w:after="0" w:line="120" w:lineRule="exact"/>
        <w:rPr>
          <w:rFonts w:ascii="Times New Roman" w:hAnsi="Times New Roman" w:cs="Times New Roman"/>
          <w:i/>
          <w:color w:val="404040" w:themeColor="text1" w:themeTint="BF"/>
          <w:sz w:val="18"/>
          <w:szCs w:val="18"/>
        </w:rPr>
      </w:pPr>
    </w:p>
    <w:tbl>
      <w:tblPr>
        <w:tblW w:w="9360" w:type="dxa"/>
        <w:jc w:val="center"/>
        <w:tblBorders>
          <w:left w:val="single" w:sz="2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E141D8" w:rsidRPr="006E76DE" w14:paraId="6EB759C6" w14:textId="77777777" w:rsidTr="0048236B">
        <w:trPr>
          <w:jc w:val="center"/>
        </w:trPr>
        <w:tc>
          <w:tcPr>
            <w:tcW w:w="9360" w:type="dxa"/>
            <w:shd w:val="clear" w:color="auto" w:fill="F2F2F2" w:themeFill="background1" w:themeFillShade="F2"/>
          </w:tcPr>
          <w:p w14:paraId="3B9C1AA7" w14:textId="77777777" w:rsidR="00E141D8" w:rsidRPr="00B04BC8" w:rsidRDefault="00E141D8" w:rsidP="0048236B">
            <w:pPr>
              <w:spacing w:before="60" w:after="60" w:line="240" w:lineRule="auto"/>
              <w:ind w:left="142" w:right="142"/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</w:pPr>
            <w:r w:rsidRPr="00B04BC8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 xml:space="preserve">Adatkezelés: </w:t>
            </w:r>
            <w:r w:rsidRPr="00B04BC8">
              <w:rPr>
                <w:rFonts w:ascii="Times New Roman" w:hAnsi="Times New Roman" w:cs="Times New Roman"/>
                <w:i/>
                <w:color w:val="404040" w:themeColor="text1" w:themeTint="BF"/>
                <w:sz w:val="16"/>
                <w:szCs w:val="16"/>
              </w:rPr>
              <w:t>A vonatkozó adatkezelési tájékoztatót elolvastam, és az abban foglaltakat tudomásul veszem</w:t>
            </w:r>
            <w:r>
              <w:rPr>
                <w:rFonts w:ascii="Times New Roman" w:hAnsi="Times New Roman" w:cs="Times New Roman"/>
                <w:i/>
                <w:color w:val="404040" w:themeColor="text1" w:themeTint="BF"/>
                <w:sz w:val="16"/>
                <w:szCs w:val="16"/>
              </w:rPr>
              <w:t>.</w:t>
            </w:r>
          </w:p>
        </w:tc>
      </w:tr>
    </w:tbl>
    <w:p w14:paraId="0AFBEA5B" w14:textId="77777777" w:rsidR="00E141D8" w:rsidRPr="00560D81" w:rsidRDefault="00E141D8" w:rsidP="00560D81">
      <w:pPr>
        <w:spacing w:before="240" w:after="240" w:line="240" w:lineRule="auto"/>
        <w:rPr>
          <w:rFonts w:ascii="Times New Roman" w:hAnsi="Times New Roman" w:cs="Times New Roman"/>
          <w:i/>
          <w:color w:val="404040" w:themeColor="text1" w:themeTint="BF"/>
          <w:sz w:val="16"/>
          <w:szCs w:val="16"/>
        </w:rPr>
      </w:pPr>
      <w:r w:rsidRPr="00560D81">
        <w:rPr>
          <w:rFonts w:ascii="Times New Roman" w:hAnsi="Times New Roman" w:cs="Times New Roman"/>
          <w:i/>
          <w:color w:val="404040" w:themeColor="text1" w:themeTint="BF"/>
          <w:sz w:val="16"/>
          <w:szCs w:val="16"/>
        </w:rPr>
        <w:t>Kelt: Budapest, 202____ év _______________ hó _____ nap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896"/>
      </w:tblGrid>
      <w:tr w:rsidR="00E35A2C" w:rsidRPr="00560D81" w14:paraId="78A8FDA9" w14:textId="77777777" w:rsidTr="00E35A2C">
        <w:trPr>
          <w:jc w:val="right"/>
        </w:trPr>
        <w:tc>
          <w:tcPr>
            <w:tcW w:w="4896" w:type="dxa"/>
          </w:tcPr>
          <w:p w14:paraId="114AABAE" w14:textId="77777777" w:rsidR="00E35A2C" w:rsidRPr="00560D81" w:rsidRDefault="00E35A2C" w:rsidP="004823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</w:pPr>
            <w:r w:rsidRPr="00560D81"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  <w:t>___________________________</w:t>
            </w:r>
          </w:p>
        </w:tc>
      </w:tr>
      <w:tr w:rsidR="00E35A2C" w:rsidRPr="00560D81" w14:paraId="6E721B68" w14:textId="77777777" w:rsidTr="00E35A2C">
        <w:trPr>
          <w:jc w:val="right"/>
        </w:trPr>
        <w:tc>
          <w:tcPr>
            <w:tcW w:w="4896" w:type="dxa"/>
          </w:tcPr>
          <w:p w14:paraId="4A3BAD3F" w14:textId="41C531A6" w:rsidR="00E35A2C" w:rsidRPr="00560D81" w:rsidRDefault="00E35A2C" w:rsidP="00FA3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</w:pPr>
            <w:r w:rsidRPr="00560D81"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  <w:t>szülő/törvényes képviselő (aláírás)</w:t>
            </w:r>
          </w:p>
        </w:tc>
      </w:tr>
    </w:tbl>
    <w:p w14:paraId="761D95C6" w14:textId="77777777" w:rsidR="00936CDE" w:rsidRPr="00560D81" w:rsidRDefault="00936CDE" w:rsidP="004B5E3A">
      <w:pPr>
        <w:pStyle w:val="lfej"/>
        <w:spacing w:line="20" w:lineRule="exact"/>
        <w:rPr>
          <w:rFonts w:ascii="Times New Roman" w:hAnsi="Times New Roman" w:cs="Times New Roman"/>
          <w:bCs/>
          <w:color w:val="404040" w:themeColor="text1" w:themeTint="BF"/>
          <w:sz w:val="16"/>
          <w:szCs w:val="16"/>
        </w:rPr>
      </w:pPr>
    </w:p>
    <w:sectPr w:rsidR="00936CDE" w:rsidRPr="00560D81" w:rsidSect="002D3062">
      <w:headerReference w:type="default" r:id="rId9"/>
      <w:footerReference w:type="default" r:id="rId10"/>
      <w:pgSz w:w="12240" w:h="15840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63BE7" w14:textId="77777777" w:rsidR="008F335B" w:rsidRPr="006832FD" w:rsidRDefault="008F335B">
      <w:pPr>
        <w:spacing w:after="0" w:line="240" w:lineRule="auto"/>
      </w:pPr>
      <w:r w:rsidRPr="006832FD">
        <w:separator/>
      </w:r>
    </w:p>
  </w:endnote>
  <w:endnote w:type="continuationSeparator" w:id="0">
    <w:p w14:paraId="3C1BD9C7" w14:textId="77777777" w:rsidR="008F335B" w:rsidRPr="006832FD" w:rsidRDefault="008F335B">
      <w:pPr>
        <w:spacing w:after="0" w:line="240" w:lineRule="auto"/>
      </w:pPr>
      <w:r w:rsidRPr="006832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FDFA" w14:textId="3D49271A" w:rsidR="009634FC" w:rsidRDefault="006F25C8" w:rsidP="00CC03E2">
    <w:pPr>
      <w:pStyle w:val="llb"/>
      <w:ind w:left="360"/>
      <w:jc w:val="center"/>
      <w:rPr>
        <w:rFonts w:ascii="Times New Roman" w:hAnsi="Times New Roman" w:cs="Times New Roman"/>
        <w:color w:val="404040" w:themeColor="text1" w:themeTint="BF"/>
        <w:sz w:val="16"/>
        <w:szCs w:val="16"/>
      </w:rPr>
    </w:pPr>
    <w:r>
      <w:rPr>
        <w:rFonts w:ascii="Times New Roman" w:hAnsi="Times New Roman" w:cs="Times New Roman"/>
        <w:color w:val="404040" w:themeColor="text1" w:themeTint="BF"/>
        <w:sz w:val="16"/>
        <w:szCs w:val="16"/>
      </w:rPr>
      <w:t>1</w:t>
    </w:r>
    <w:r w:rsidR="00CC03E2"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>. sz. nyilatkozat</w:t>
    </w:r>
    <w:r w:rsidR="001D57C1"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 xml:space="preserve"> |</w:t>
    </w:r>
    <w:r w:rsidR="00D20E41">
      <w:rPr>
        <w:rFonts w:ascii="Times New Roman" w:hAnsi="Times New Roman" w:cs="Times New Roman"/>
        <w:color w:val="404040" w:themeColor="text1" w:themeTint="BF"/>
        <w:sz w:val="16"/>
        <w:szCs w:val="16"/>
      </w:rPr>
      <w:t xml:space="preserve"> Bölcsődei</w:t>
    </w:r>
    <w:r w:rsidR="001D57C1"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 xml:space="preserve"> </w:t>
    </w:r>
    <w:r w:rsidR="00D20E41">
      <w:rPr>
        <w:rFonts w:ascii="Times New Roman" w:hAnsi="Times New Roman" w:cs="Times New Roman"/>
        <w:color w:val="404040" w:themeColor="text1" w:themeTint="BF"/>
        <w:sz w:val="16"/>
        <w:szCs w:val="16"/>
      </w:rPr>
      <w:t>j</w:t>
    </w:r>
    <w:r w:rsidR="00CC03E2"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>ogviszony</w:t>
    </w:r>
    <w:r w:rsidR="00D20E41">
      <w:rPr>
        <w:rFonts w:ascii="Times New Roman" w:hAnsi="Times New Roman" w:cs="Times New Roman"/>
        <w:color w:val="404040" w:themeColor="text1" w:themeTint="BF"/>
        <w:sz w:val="16"/>
        <w:szCs w:val="16"/>
      </w:rPr>
      <w:t xml:space="preserve"> </w:t>
    </w:r>
    <w:r w:rsidR="00CC03E2"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>| Adatkezelési tájékoztató</w:t>
    </w:r>
    <w:r w:rsidR="00A76DD9"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 xml:space="preserve"> elérhetősége</w:t>
    </w:r>
    <w:r w:rsidR="00CC03E2"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 xml:space="preserve">: </w:t>
    </w:r>
    <w:r w:rsidR="00CE1A7D"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>papíralapon a bölcsődevezető</w:t>
    </w:r>
    <w:r w:rsidR="00060EDB"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>nél</w:t>
    </w:r>
    <w:r w:rsidR="00A76DD9"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>,</w:t>
    </w:r>
    <w:r w:rsidR="00CE1A7D"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 xml:space="preserve"> </w:t>
    </w:r>
  </w:p>
  <w:p w14:paraId="1D485118" w14:textId="5BCCDD9C" w:rsidR="00A76DD9" w:rsidRPr="00B13A0E" w:rsidRDefault="00CE1A7D" w:rsidP="00B13A0E">
    <w:pPr>
      <w:pStyle w:val="llb"/>
      <w:ind w:left="360"/>
      <w:jc w:val="center"/>
      <w:rPr>
        <w:rFonts w:ascii="Times New Roman" w:hAnsi="Times New Roman" w:cs="Times New Roman"/>
        <w:color w:val="404040" w:themeColor="text1" w:themeTint="BF"/>
        <w:sz w:val="16"/>
        <w:szCs w:val="16"/>
      </w:rPr>
    </w:pPr>
    <w:r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>elektronikusan</w:t>
    </w:r>
    <w:r w:rsidR="00A76DD9"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 xml:space="preserve"> itt található:</w:t>
    </w:r>
    <w:r w:rsidRPr="002F4518">
      <w:rPr>
        <w:rFonts w:ascii="Times New Roman" w:hAnsi="Times New Roman" w:cs="Times New Roman"/>
        <w:color w:val="404040" w:themeColor="text1" w:themeTint="BF"/>
        <w:sz w:val="16"/>
        <w:szCs w:val="16"/>
      </w:rPr>
      <w:t xml:space="preserve"> </w:t>
    </w:r>
    <w:hyperlink r:id="rId1" w:history="1">
      <w:r w:rsidR="00A76DD9" w:rsidRPr="002F4518">
        <w:rPr>
          <w:rStyle w:val="Hiperhivatkozs"/>
          <w:rFonts w:ascii="Times New Roman" w:hAnsi="Times New Roman" w:cs="Times New Roman"/>
          <w:color w:val="404040" w:themeColor="text1" w:themeTint="BF"/>
          <w:sz w:val="16"/>
          <w:szCs w:val="16"/>
        </w:rPr>
        <w:t>https://rakosmentibolcsodek.hu/adatkezelesi-tajekoztatok/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7ABEE" w14:textId="77777777" w:rsidR="008F335B" w:rsidRPr="006832FD" w:rsidRDefault="008F335B">
      <w:pPr>
        <w:spacing w:after="0" w:line="240" w:lineRule="auto"/>
      </w:pPr>
      <w:r w:rsidRPr="006832FD">
        <w:separator/>
      </w:r>
    </w:p>
  </w:footnote>
  <w:footnote w:type="continuationSeparator" w:id="0">
    <w:p w14:paraId="5A213AA5" w14:textId="77777777" w:rsidR="008F335B" w:rsidRPr="006832FD" w:rsidRDefault="008F335B">
      <w:pPr>
        <w:spacing w:after="0" w:line="240" w:lineRule="auto"/>
      </w:pPr>
      <w:r w:rsidRPr="006832F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58026" w14:textId="27F5DF0B" w:rsidR="00661053" w:rsidRPr="008207BF" w:rsidRDefault="00661053" w:rsidP="002D3062">
    <w:pPr>
      <w:pStyle w:val="lfej"/>
      <w:pBdr>
        <w:bottom w:val="single" w:sz="8" w:space="4" w:color="595959" w:themeColor="text1" w:themeTint="A6"/>
      </w:pBdr>
      <w:rPr>
        <w:rFonts w:ascii="Times New Roman" w:hAnsi="Times New Roman" w:cs="Times New Roman"/>
        <w:bCs/>
        <w:color w:val="404040" w:themeColor="text1" w:themeTint="BF"/>
        <w:sz w:val="16"/>
        <w:szCs w:val="16"/>
      </w:rPr>
    </w:pPr>
    <w:r w:rsidRPr="008207BF">
      <w:rPr>
        <w:rFonts w:ascii="Times New Roman" w:hAnsi="Times New Roman" w:cs="Times New Roman"/>
        <w:bCs/>
        <w:color w:val="404040" w:themeColor="text1" w:themeTint="BF"/>
        <w:sz w:val="16"/>
        <w:szCs w:val="16"/>
      </w:rPr>
      <w:t>Budapest Főváros XVII. ker. Rákosmente Önkormányzat</w:t>
    </w:r>
    <w:r w:rsidR="00374B41" w:rsidRPr="008207BF">
      <w:rPr>
        <w:rFonts w:ascii="Times New Roman" w:hAnsi="Times New Roman" w:cs="Times New Roman"/>
        <w:bCs/>
        <w:i/>
        <w:color w:val="404040" w:themeColor="text1" w:themeTint="BF"/>
        <w:sz w:val="16"/>
        <w:szCs w:val="16"/>
        <w:lang w:val="en-US"/>
      </w:rPr>
      <w:t xml:space="preserve"> </w:t>
    </w:r>
  </w:p>
  <w:p w14:paraId="1D1AD636" w14:textId="051659DD" w:rsidR="00751253" w:rsidRPr="008207BF" w:rsidRDefault="00661053" w:rsidP="002D3062">
    <w:pPr>
      <w:pStyle w:val="lfej"/>
      <w:pBdr>
        <w:bottom w:val="single" w:sz="8" w:space="4" w:color="595959" w:themeColor="text1" w:themeTint="A6"/>
      </w:pBdr>
      <w:rPr>
        <w:rFonts w:ascii="Times New Roman" w:hAnsi="Times New Roman" w:cs="Times New Roman"/>
        <w:color w:val="404040" w:themeColor="text1" w:themeTint="BF"/>
        <w:sz w:val="16"/>
        <w:szCs w:val="16"/>
      </w:rPr>
    </w:pPr>
    <w:r w:rsidRPr="008207BF">
      <w:rPr>
        <w:rFonts w:ascii="Times New Roman" w:hAnsi="Times New Roman" w:cs="Times New Roman"/>
        <w:b/>
        <w:color w:val="404040" w:themeColor="text1" w:themeTint="BF"/>
        <w:sz w:val="16"/>
        <w:szCs w:val="16"/>
      </w:rPr>
      <w:t>Rákosmenti Egyesített Bölcsődék</w:t>
    </w:r>
    <w:r w:rsidRPr="008207BF">
      <w:rPr>
        <w:rFonts w:ascii="Times New Roman" w:hAnsi="Times New Roman" w:cs="Times New Roman"/>
        <w:b/>
        <w:color w:val="404040" w:themeColor="text1" w:themeTint="BF"/>
        <w:sz w:val="16"/>
        <w:szCs w:val="16"/>
      </w:rPr>
      <w:br/>
    </w:r>
    <w:r w:rsidRPr="008207BF">
      <w:rPr>
        <w:rFonts w:ascii="Times New Roman" w:hAnsi="Times New Roman" w:cs="Times New Roman"/>
        <w:color w:val="404040" w:themeColor="text1" w:themeTint="BF"/>
        <w:sz w:val="16"/>
        <w:szCs w:val="16"/>
      </w:rPr>
      <w:t xml:space="preserve">Székhely: </w:t>
    </w:r>
    <w:r w:rsidR="003E633E" w:rsidRPr="008207BF">
      <w:rPr>
        <w:rFonts w:ascii="Times New Roman" w:hAnsi="Times New Roman" w:cs="Times New Roman"/>
        <w:color w:val="404040" w:themeColor="text1" w:themeTint="BF"/>
        <w:sz w:val="16"/>
        <w:szCs w:val="16"/>
      </w:rPr>
      <w:t>1173</w:t>
    </w:r>
    <w:r w:rsidRPr="008207BF">
      <w:rPr>
        <w:rFonts w:ascii="Times New Roman" w:hAnsi="Times New Roman" w:cs="Times New Roman"/>
        <w:color w:val="404040" w:themeColor="text1" w:themeTint="BF"/>
        <w:sz w:val="16"/>
        <w:szCs w:val="16"/>
      </w:rPr>
      <w:t xml:space="preserve"> Budapest, </w:t>
    </w:r>
    <w:r w:rsidR="003E633E" w:rsidRPr="008207BF">
      <w:rPr>
        <w:rFonts w:ascii="Times New Roman" w:hAnsi="Times New Roman" w:cs="Times New Roman"/>
        <w:color w:val="404040" w:themeColor="text1" w:themeTint="BF"/>
        <w:sz w:val="16"/>
        <w:szCs w:val="16"/>
      </w:rPr>
      <w:t>Kaszáló u. 50.</w:t>
    </w:r>
    <w:r w:rsidRPr="008207BF">
      <w:rPr>
        <w:rFonts w:ascii="Times New Roman" w:hAnsi="Times New Roman" w:cs="Times New Roman"/>
        <w:color w:val="404040" w:themeColor="text1" w:themeTint="BF"/>
        <w:sz w:val="16"/>
        <w:szCs w:val="16"/>
      </w:rPr>
      <w:t xml:space="preserve"> | Telefon: +36 1 </w:t>
    </w:r>
    <w:r w:rsidR="003E633E" w:rsidRPr="008207BF">
      <w:rPr>
        <w:rFonts w:ascii="Times New Roman" w:hAnsi="Times New Roman" w:cs="Times New Roman"/>
        <w:color w:val="404040" w:themeColor="text1" w:themeTint="BF"/>
        <w:sz w:val="16"/>
        <w:szCs w:val="16"/>
      </w:rPr>
      <w:t>200-4622</w:t>
    </w:r>
    <w:r w:rsidRPr="008207BF">
      <w:rPr>
        <w:rFonts w:ascii="Times New Roman" w:hAnsi="Times New Roman" w:cs="Times New Roman"/>
        <w:color w:val="404040" w:themeColor="text1" w:themeTint="BF"/>
        <w:sz w:val="16"/>
        <w:szCs w:val="16"/>
      </w:rPr>
      <w:br/>
      <w:t>E-mail: k</w:t>
    </w:r>
    <w:r w:rsidR="00817863" w:rsidRPr="008207BF">
      <w:rPr>
        <w:rFonts w:ascii="Times New Roman" w:hAnsi="Times New Roman" w:cs="Times New Roman"/>
        <w:color w:val="404040" w:themeColor="text1" w:themeTint="BF"/>
        <w:sz w:val="16"/>
        <w:szCs w:val="16"/>
      </w:rPr>
      <w:t>ozp</w:t>
    </w:r>
    <w:r w:rsidRPr="008207BF">
      <w:rPr>
        <w:rFonts w:ascii="Times New Roman" w:hAnsi="Times New Roman" w:cs="Times New Roman"/>
        <w:color w:val="404040" w:themeColor="text1" w:themeTint="BF"/>
        <w:sz w:val="16"/>
        <w:szCs w:val="16"/>
      </w:rPr>
      <w:t>ont@rakosmentibolcsodek.hu | Web: www.rakosmentibolcsodek.hu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8F10D8"/>
    <w:multiLevelType w:val="hybridMultilevel"/>
    <w:tmpl w:val="F60AA72C"/>
    <w:lvl w:ilvl="0" w:tplc="115C7D64">
      <w:start w:val="1"/>
      <w:numFmt w:val="decimal"/>
      <w:lvlText w:val="%1."/>
      <w:lvlJc w:val="left"/>
      <w:pPr>
        <w:ind w:left="499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713" w:hanging="360"/>
      </w:pPr>
    </w:lvl>
    <w:lvl w:ilvl="2" w:tplc="040E001B" w:tentative="1">
      <w:start w:val="1"/>
      <w:numFmt w:val="lowerRoman"/>
      <w:lvlText w:val="%3."/>
      <w:lvlJc w:val="right"/>
      <w:pPr>
        <w:ind w:left="6433" w:hanging="180"/>
      </w:pPr>
    </w:lvl>
    <w:lvl w:ilvl="3" w:tplc="040E000F" w:tentative="1">
      <w:start w:val="1"/>
      <w:numFmt w:val="decimal"/>
      <w:lvlText w:val="%4."/>
      <w:lvlJc w:val="left"/>
      <w:pPr>
        <w:ind w:left="7153" w:hanging="360"/>
      </w:pPr>
    </w:lvl>
    <w:lvl w:ilvl="4" w:tplc="040E0019" w:tentative="1">
      <w:start w:val="1"/>
      <w:numFmt w:val="lowerLetter"/>
      <w:lvlText w:val="%5."/>
      <w:lvlJc w:val="left"/>
      <w:pPr>
        <w:ind w:left="7873" w:hanging="360"/>
      </w:pPr>
    </w:lvl>
    <w:lvl w:ilvl="5" w:tplc="040E001B" w:tentative="1">
      <w:start w:val="1"/>
      <w:numFmt w:val="lowerRoman"/>
      <w:lvlText w:val="%6."/>
      <w:lvlJc w:val="right"/>
      <w:pPr>
        <w:ind w:left="8593" w:hanging="180"/>
      </w:pPr>
    </w:lvl>
    <w:lvl w:ilvl="6" w:tplc="040E000F" w:tentative="1">
      <w:start w:val="1"/>
      <w:numFmt w:val="decimal"/>
      <w:lvlText w:val="%7."/>
      <w:lvlJc w:val="left"/>
      <w:pPr>
        <w:ind w:left="9313" w:hanging="360"/>
      </w:pPr>
    </w:lvl>
    <w:lvl w:ilvl="7" w:tplc="040E0019" w:tentative="1">
      <w:start w:val="1"/>
      <w:numFmt w:val="lowerLetter"/>
      <w:lvlText w:val="%8."/>
      <w:lvlJc w:val="left"/>
      <w:pPr>
        <w:ind w:left="10033" w:hanging="360"/>
      </w:pPr>
    </w:lvl>
    <w:lvl w:ilvl="8" w:tplc="040E001B" w:tentative="1">
      <w:start w:val="1"/>
      <w:numFmt w:val="lowerRoman"/>
      <w:lvlText w:val="%9."/>
      <w:lvlJc w:val="right"/>
      <w:pPr>
        <w:ind w:left="10753" w:hanging="180"/>
      </w:pPr>
    </w:lvl>
  </w:abstractNum>
  <w:abstractNum w:abstractNumId="10" w15:restartNumberingAfterBreak="0">
    <w:nsid w:val="17776A30"/>
    <w:multiLevelType w:val="hybridMultilevel"/>
    <w:tmpl w:val="412463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0027B"/>
    <w:multiLevelType w:val="hybridMultilevel"/>
    <w:tmpl w:val="99AC02FA"/>
    <w:lvl w:ilvl="0" w:tplc="67EA1B3E">
      <w:start w:val="1"/>
      <w:numFmt w:val="decimal"/>
      <w:lvlText w:val="%1."/>
      <w:lvlJc w:val="left"/>
      <w:pPr>
        <w:ind w:left="720" w:hanging="360"/>
      </w:pPr>
      <w:rPr>
        <w:rFonts w:hint="default"/>
        <w:sz w:val="17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566B0"/>
    <w:multiLevelType w:val="hybridMultilevel"/>
    <w:tmpl w:val="453C647E"/>
    <w:lvl w:ilvl="0" w:tplc="256645E8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22B3752"/>
    <w:multiLevelType w:val="hybridMultilevel"/>
    <w:tmpl w:val="B1046D10"/>
    <w:lvl w:ilvl="0" w:tplc="E86C1DAC">
      <w:start w:val="1"/>
      <w:numFmt w:val="decimal"/>
      <w:lvlText w:val="%1."/>
      <w:lvlJc w:val="left"/>
      <w:pPr>
        <w:ind w:left="720" w:hanging="360"/>
      </w:pPr>
      <w:rPr>
        <w:rFonts w:hint="default"/>
        <w:sz w:val="17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A66F2"/>
    <w:multiLevelType w:val="hybridMultilevel"/>
    <w:tmpl w:val="DD4E9300"/>
    <w:lvl w:ilvl="0" w:tplc="03E4B86E">
      <w:start w:val="1"/>
      <w:numFmt w:val="decimal"/>
      <w:lvlText w:val="%1."/>
      <w:lvlJc w:val="left"/>
      <w:pPr>
        <w:ind w:left="499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713" w:hanging="360"/>
      </w:pPr>
    </w:lvl>
    <w:lvl w:ilvl="2" w:tplc="040E001B" w:tentative="1">
      <w:start w:val="1"/>
      <w:numFmt w:val="lowerRoman"/>
      <w:lvlText w:val="%3."/>
      <w:lvlJc w:val="right"/>
      <w:pPr>
        <w:ind w:left="6433" w:hanging="180"/>
      </w:pPr>
    </w:lvl>
    <w:lvl w:ilvl="3" w:tplc="040E000F" w:tentative="1">
      <w:start w:val="1"/>
      <w:numFmt w:val="decimal"/>
      <w:lvlText w:val="%4."/>
      <w:lvlJc w:val="left"/>
      <w:pPr>
        <w:ind w:left="7153" w:hanging="360"/>
      </w:pPr>
    </w:lvl>
    <w:lvl w:ilvl="4" w:tplc="040E0019" w:tentative="1">
      <w:start w:val="1"/>
      <w:numFmt w:val="lowerLetter"/>
      <w:lvlText w:val="%5."/>
      <w:lvlJc w:val="left"/>
      <w:pPr>
        <w:ind w:left="7873" w:hanging="360"/>
      </w:pPr>
    </w:lvl>
    <w:lvl w:ilvl="5" w:tplc="040E001B" w:tentative="1">
      <w:start w:val="1"/>
      <w:numFmt w:val="lowerRoman"/>
      <w:lvlText w:val="%6."/>
      <w:lvlJc w:val="right"/>
      <w:pPr>
        <w:ind w:left="8593" w:hanging="180"/>
      </w:pPr>
    </w:lvl>
    <w:lvl w:ilvl="6" w:tplc="040E000F" w:tentative="1">
      <w:start w:val="1"/>
      <w:numFmt w:val="decimal"/>
      <w:lvlText w:val="%7."/>
      <w:lvlJc w:val="left"/>
      <w:pPr>
        <w:ind w:left="9313" w:hanging="360"/>
      </w:pPr>
    </w:lvl>
    <w:lvl w:ilvl="7" w:tplc="040E0019" w:tentative="1">
      <w:start w:val="1"/>
      <w:numFmt w:val="lowerLetter"/>
      <w:lvlText w:val="%8."/>
      <w:lvlJc w:val="left"/>
      <w:pPr>
        <w:ind w:left="10033" w:hanging="360"/>
      </w:pPr>
    </w:lvl>
    <w:lvl w:ilvl="8" w:tplc="040E001B" w:tentative="1">
      <w:start w:val="1"/>
      <w:numFmt w:val="lowerRoman"/>
      <w:lvlText w:val="%9."/>
      <w:lvlJc w:val="right"/>
      <w:pPr>
        <w:ind w:left="10753" w:hanging="180"/>
      </w:pPr>
    </w:lvl>
  </w:abstractNum>
  <w:abstractNum w:abstractNumId="15" w15:restartNumberingAfterBreak="0">
    <w:nsid w:val="51E3275A"/>
    <w:multiLevelType w:val="hybridMultilevel"/>
    <w:tmpl w:val="6AB62B7C"/>
    <w:lvl w:ilvl="0" w:tplc="776AAD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EF352C"/>
    <w:multiLevelType w:val="hybridMultilevel"/>
    <w:tmpl w:val="8A601210"/>
    <w:lvl w:ilvl="0" w:tplc="327065EC">
      <w:start w:val="1"/>
      <w:numFmt w:val="decimal"/>
      <w:lvlText w:val="%1."/>
      <w:lvlJc w:val="left"/>
      <w:pPr>
        <w:ind w:left="499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713" w:hanging="360"/>
      </w:pPr>
    </w:lvl>
    <w:lvl w:ilvl="2" w:tplc="040E001B" w:tentative="1">
      <w:start w:val="1"/>
      <w:numFmt w:val="lowerRoman"/>
      <w:lvlText w:val="%3."/>
      <w:lvlJc w:val="right"/>
      <w:pPr>
        <w:ind w:left="6433" w:hanging="180"/>
      </w:pPr>
    </w:lvl>
    <w:lvl w:ilvl="3" w:tplc="040E000F" w:tentative="1">
      <w:start w:val="1"/>
      <w:numFmt w:val="decimal"/>
      <w:lvlText w:val="%4."/>
      <w:lvlJc w:val="left"/>
      <w:pPr>
        <w:ind w:left="7153" w:hanging="360"/>
      </w:pPr>
    </w:lvl>
    <w:lvl w:ilvl="4" w:tplc="040E0019" w:tentative="1">
      <w:start w:val="1"/>
      <w:numFmt w:val="lowerLetter"/>
      <w:lvlText w:val="%5."/>
      <w:lvlJc w:val="left"/>
      <w:pPr>
        <w:ind w:left="7873" w:hanging="360"/>
      </w:pPr>
    </w:lvl>
    <w:lvl w:ilvl="5" w:tplc="040E001B" w:tentative="1">
      <w:start w:val="1"/>
      <w:numFmt w:val="lowerRoman"/>
      <w:lvlText w:val="%6."/>
      <w:lvlJc w:val="right"/>
      <w:pPr>
        <w:ind w:left="8593" w:hanging="180"/>
      </w:pPr>
    </w:lvl>
    <w:lvl w:ilvl="6" w:tplc="040E000F" w:tentative="1">
      <w:start w:val="1"/>
      <w:numFmt w:val="decimal"/>
      <w:lvlText w:val="%7."/>
      <w:lvlJc w:val="left"/>
      <w:pPr>
        <w:ind w:left="9313" w:hanging="360"/>
      </w:pPr>
    </w:lvl>
    <w:lvl w:ilvl="7" w:tplc="040E0019" w:tentative="1">
      <w:start w:val="1"/>
      <w:numFmt w:val="lowerLetter"/>
      <w:lvlText w:val="%8."/>
      <w:lvlJc w:val="left"/>
      <w:pPr>
        <w:ind w:left="10033" w:hanging="360"/>
      </w:pPr>
    </w:lvl>
    <w:lvl w:ilvl="8" w:tplc="040E001B" w:tentative="1">
      <w:start w:val="1"/>
      <w:numFmt w:val="lowerRoman"/>
      <w:lvlText w:val="%9."/>
      <w:lvlJc w:val="right"/>
      <w:pPr>
        <w:ind w:left="10753" w:hanging="180"/>
      </w:pPr>
    </w:lvl>
  </w:abstractNum>
  <w:abstractNum w:abstractNumId="17" w15:restartNumberingAfterBreak="0">
    <w:nsid w:val="63AB5DC5"/>
    <w:multiLevelType w:val="hybridMultilevel"/>
    <w:tmpl w:val="5FEC6CF2"/>
    <w:lvl w:ilvl="0" w:tplc="4626AD14">
      <w:start w:val="1"/>
      <w:numFmt w:val="decimal"/>
      <w:lvlText w:val="%1."/>
      <w:lvlJc w:val="left"/>
      <w:pPr>
        <w:ind w:left="499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713" w:hanging="360"/>
      </w:pPr>
    </w:lvl>
    <w:lvl w:ilvl="2" w:tplc="040E001B" w:tentative="1">
      <w:start w:val="1"/>
      <w:numFmt w:val="lowerRoman"/>
      <w:lvlText w:val="%3."/>
      <w:lvlJc w:val="right"/>
      <w:pPr>
        <w:ind w:left="6433" w:hanging="180"/>
      </w:pPr>
    </w:lvl>
    <w:lvl w:ilvl="3" w:tplc="040E000F" w:tentative="1">
      <w:start w:val="1"/>
      <w:numFmt w:val="decimal"/>
      <w:lvlText w:val="%4."/>
      <w:lvlJc w:val="left"/>
      <w:pPr>
        <w:ind w:left="7153" w:hanging="360"/>
      </w:pPr>
    </w:lvl>
    <w:lvl w:ilvl="4" w:tplc="040E0019" w:tentative="1">
      <w:start w:val="1"/>
      <w:numFmt w:val="lowerLetter"/>
      <w:lvlText w:val="%5."/>
      <w:lvlJc w:val="left"/>
      <w:pPr>
        <w:ind w:left="7873" w:hanging="360"/>
      </w:pPr>
    </w:lvl>
    <w:lvl w:ilvl="5" w:tplc="040E001B" w:tentative="1">
      <w:start w:val="1"/>
      <w:numFmt w:val="lowerRoman"/>
      <w:lvlText w:val="%6."/>
      <w:lvlJc w:val="right"/>
      <w:pPr>
        <w:ind w:left="8593" w:hanging="180"/>
      </w:pPr>
    </w:lvl>
    <w:lvl w:ilvl="6" w:tplc="040E000F" w:tentative="1">
      <w:start w:val="1"/>
      <w:numFmt w:val="decimal"/>
      <w:lvlText w:val="%7."/>
      <w:lvlJc w:val="left"/>
      <w:pPr>
        <w:ind w:left="9313" w:hanging="360"/>
      </w:pPr>
    </w:lvl>
    <w:lvl w:ilvl="7" w:tplc="040E0019" w:tentative="1">
      <w:start w:val="1"/>
      <w:numFmt w:val="lowerLetter"/>
      <w:lvlText w:val="%8."/>
      <w:lvlJc w:val="left"/>
      <w:pPr>
        <w:ind w:left="10033" w:hanging="360"/>
      </w:pPr>
    </w:lvl>
    <w:lvl w:ilvl="8" w:tplc="040E001B" w:tentative="1">
      <w:start w:val="1"/>
      <w:numFmt w:val="lowerRoman"/>
      <w:lvlText w:val="%9."/>
      <w:lvlJc w:val="right"/>
      <w:pPr>
        <w:ind w:left="10753" w:hanging="180"/>
      </w:pPr>
    </w:lvl>
  </w:abstractNum>
  <w:abstractNum w:abstractNumId="18" w15:restartNumberingAfterBreak="0">
    <w:nsid w:val="6FDA483D"/>
    <w:multiLevelType w:val="hybridMultilevel"/>
    <w:tmpl w:val="D47C26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875625">
    <w:abstractNumId w:val="8"/>
  </w:num>
  <w:num w:numId="2" w16cid:durableId="1553076220">
    <w:abstractNumId w:val="6"/>
  </w:num>
  <w:num w:numId="3" w16cid:durableId="112603752">
    <w:abstractNumId w:val="5"/>
  </w:num>
  <w:num w:numId="4" w16cid:durableId="1614358657">
    <w:abstractNumId w:val="4"/>
  </w:num>
  <w:num w:numId="5" w16cid:durableId="1988515174">
    <w:abstractNumId w:val="7"/>
  </w:num>
  <w:num w:numId="6" w16cid:durableId="735275890">
    <w:abstractNumId w:val="3"/>
  </w:num>
  <w:num w:numId="7" w16cid:durableId="815343544">
    <w:abstractNumId w:val="2"/>
  </w:num>
  <w:num w:numId="8" w16cid:durableId="814444245">
    <w:abstractNumId w:val="1"/>
  </w:num>
  <w:num w:numId="9" w16cid:durableId="1515880143">
    <w:abstractNumId w:val="0"/>
  </w:num>
  <w:num w:numId="10" w16cid:durableId="1014068393">
    <w:abstractNumId w:val="15"/>
  </w:num>
  <w:num w:numId="11" w16cid:durableId="50469859">
    <w:abstractNumId w:val="12"/>
  </w:num>
  <w:num w:numId="12" w16cid:durableId="1250624475">
    <w:abstractNumId w:val="16"/>
  </w:num>
  <w:num w:numId="13" w16cid:durableId="1719429534">
    <w:abstractNumId w:val="17"/>
  </w:num>
  <w:num w:numId="14" w16cid:durableId="2084333154">
    <w:abstractNumId w:val="9"/>
  </w:num>
  <w:num w:numId="15" w16cid:durableId="1256087377">
    <w:abstractNumId w:val="14"/>
  </w:num>
  <w:num w:numId="16" w16cid:durableId="978878069">
    <w:abstractNumId w:val="11"/>
  </w:num>
  <w:num w:numId="17" w16cid:durableId="1202940270">
    <w:abstractNumId w:val="13"/>
  </w:num>
  <w:num w:numId="18" w16cid:durableId="16271084">
    <w:abstractNumId w:val="10"/>
  </w:num>
  <w:num w:numId="19" w16cid:durableId="19828811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50A"/>
    <w:rsid w:val="00014A77"/>
    <w:rsid w:val="000223B6"/>
    <w:rsid w:val="00034616"/>
    <w:rsid w:val="00043F04"/>
    <w:rsid w:val="00044560"/>
    <w:rsid w:val="0005142D"/>
    <w:rsid w:val="0006063C"/>
    <w:rsid w:val="00060EDB"/>
    <w:rsid w:val="000D1502"/>
    <w:rsid w:val="000E4207"/>
    <w:rsid w:val="00136DF2"/>
    <w:rsid w:val="0015074B"/>
    <w:rsid w:val="001719FD"/>
    <w:rsid w:val="001D57C1"/>
    <w:rsid w:val="001E1101"/>
    <w:rsid w:val="001F1DA6"/>
    <w:rsid w:val="00205D41"/>
    <w:rsid w:val="00266473"/>
    <w:rsid w:val="00267740"/>
    <w:rsid w:val="0029639D"/>
    <w:rsid w:val="002A0B9E"/>
    <w:rsid w:val="002D3062"/>
    <w:rsid w:val="002E73EF"/>
    <w:rsid w:val="002F4518"/>
    <w:rsid w:val="00326F90"/>
    <w:rsid w:val="003310B6"/>
    <w:rsid w:val="00361A8D"/>
    <w:rsid w:val="00374B41"/>
    <w:rsid w:val="003C28DC"/>
    <w:rsid w:val="003C70C3"/>
    <w:rsid w:val="003E633E"/>
    <w:rsid w:val="003F081C"/>
    <w:rsid w:val="00443B8B"/>
    <w:rsid w:val="00455FB2"/>
    <w:rsid w:val="00455FD9"/>
    <w:rsid w:val="00462E19"/>
    <w:rsid w:val="00471510"/>
    <w:rsid w:val="004A14FE"/>
    <w:rsid w:val="004B048B"/>
    <w:rsid w:val="004B5E3A"/>
    <w:rsid w:val="00517369"/>
    <w:rsid w:val="005452FD"/>
    <w:rsid w:val="00560D81"/>
    <w:rsid w:val="0058394A"/>
    <w:rsid w:val="005B0263"/>
    <w:rsid w:val="005D3BB7"/>
    <w:rsid w:val="005E552E"/>
    <w:rsid w:val="0062521C"/>
    <w:rsid w:val="0064238F"/>
    <w:rsid w:val="0065631A"/>
    <w:rsid w:val="00661053"/>
    <w:rsid w:val="00664B44"/>
    <w:rsid w:val="006832FD"/>
    <w:rsid w:val="006E1854"/>
    <w:rsid w:val="006E76DE"/>
    <w:rsid w:val="006F25C8"/>
    <w:rsid w:val="00703FD7"/>
    <w:rsid w:val="00751253"/>
    <w:rsid w:val="00752294"/>
    <w:rsid w:val="00791DE4"/>
    <w:rsid w:val="007A64ED"/>
    <w:rsid w:val="007D4108"/>
    <w:rsid w:val="0081506D"/>
    <w:rsid w:val="00817863"/>
    <w:rsid w:val="008207BF"/>
    <w:rsid w:val="00873458"/>
    <w:rsid w:val="00893F7D"/>
    <w:rsid w:val="008B3A55"/>
    <w:rsid w:val="008C3EC9"/>
    <w:rsid w:val="008C5F1B"/>
    <w:rsid w:val="008F335B"/>
    <w:rsid w:val="009333C6"/>
    <w:rsid w:val="00936CDE"/>
    <w:rsid w:val="009537DE"/>
    <w:rsid w:val="00953AB2"/>
    <w:rsid w:val="00957023"/>
    <w:rsid w:val="0096096C"/>
    <w:rsid w:val="009634FC"/>
    <w:rsid w:val="0096405F"/>
    <w:rsid w:val="00976633"/>
    <w:rsid w:val="00996FC0"/>
    <w:rsid w:val="00A4053B"/>
    <w:rsid w:val="00A6186B"/>
    <w:rsid w:val="00A76DD9"/>
    <w:rsid w:val="00A80746"/>
    <w:rsid w:val="00AA1D8D"/>
    <w:rsid w:val="00AC2DFB"/>
    <w:rsid w:val="00AD64A5"/>
    <w:rsid w:val="00B00A7E"/>
    <w:rsid w:val="00B04835"/>
    <w:rsid w:val="00B04BC8"/>
    <w:rsid w:val="00B13A0E"/>
    <w:rsid w:val="00B337C5"/>
    <w:rsid w:val="00B458CE"/>
    <w:rsid w:val="00B47730"/>
    <w:rsid w:val="00BD229A"/>
    <w:rsid w:val="00C637E5"/>
    <w:rsid w:val="00C727C9"/>
    <w:rsid w:val="00CB0664"/>
    <w:rsid w:val="00CC03E2"/>
    <w:rsid w:val="00CE1A7D"/>
    <w:rsid w:val="00D20E41"/>
    <w:rsid w:val="00D62D20"/>
    <w:rsid w:val="00D707B1"/>
    <w:rsid w:val="00D71589"/>
    <w:rsid w:val="00D82F4F"/>
    <w:rsid w:val="00E141D8"/>
    <w:rsid w:val="00E24502"/>
    <w:rsid w:val="00E35A2C"/>
    <w:rsid w:val="00EB10FA"/>
    <w:rsid w:val="00EE47DC"/>
    <w:rsid w:val="00F620C4"/>
    <w:rsid w:val="00F84159"/>
    <w:rsid w:val="00FA356E"/>
    <w:rsid w:val="00FB75F8"/>
    <w:rsid w:val="00FC368E"/>
    <w:rsid w:val="00FC693F"/>
    <w:rsid w:val="00FE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B597E0"/>
  <w14:defaultImageDpi w14:val="330"/>
  <w15:docId w15:val="{D9D422A4-C514-4901-9F4E-6CFA576E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60" w:line="288" w:lineRule="auto"/>
    </w:pPr>
    <w:rPr>
      <w:rFonts w:ascii="Georgia" w:hAnsi="Georgia"/>
      <w:color w:val="2D3748"/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661053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61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kosmentibolcsodek.hu/adatkezelesi-tajekoztato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akosmentibolcsodek.hu/adatkezelesi-tajekoztato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530</Words>
  <Characters>3660</Characters>
  <Application>Microsoft Office Word</Application>
  <DocSecurity>0</DocSecurity>
  <Lines>30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Alma Napraforgó</cp:lastModifiedBy>
  <cp:revision>18</cp:revision>
  <dcterms:created xsi:type="dcterms:W3CDTF">2026-08-03T09:47:00Z</dcterms:created>
  <dcterms:modified xsi:type="dcterms:W3CDTF">2026-09-18T09:26:00Z</dcterms:modified>
  <cp:category/>
</cp:coreProperties>
</file>