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D17B7" w14:textId="3D6EA506" w:rsidR="003E633E" w:rsidRPr="000C53C0" w:rsidRDefault="00562E8F" w:rsidP="00BE5F33">
      <w:pPr>
        <w:spacing w:before="480" w:after="0"/>
        <w:jc w:val="center"/>
        <w:rPr>
          <w:rFonts w:ascii="Times New Roman" w:hAnsi="Times New Roman" w:cs="Times New Roman"/>
          <w:b/>
          <w:color w:val="404040" w:themeColor="text1" w:themeTint="BF"/>
          <w:sz w:val="32"/>
          <w:szCs w:val="32"/>
        </w:rPr>
      </w:pPr>
      <w:r w:rsidRPr="000C53C0">
        <w:rPr>
          <w:rFonts w:ascii="Times New Roman" w:hAnsi="Times New Roman" w:cs="Times New Roman"/>
          <w:b/>
          <w:color w:val="404040" w:themeColor="text1" w:themeTint="BF"/>
          <w:sz w:val="32"/>
          <w:szCs w:val="32"/>
        </w:rPr>
        <w:t>MUNKÁLTATÓI IGAZOLÁS</w:t>
      </w:r>
    </w:p>
    <w:p w14:paraId="7B01A319" w14:textId="5DB1EB6F" w:rsidR="002C2BD5" w:rsidRPr="00EA09AA" w:rsidRDefault="00562E8F" w:rsidP="00442E12">
      <w:pPr>
        <w:spacing w:after="480"/>
        <w:jc w:val="center"/>
        <w:rPr>
          <w:rFonts w:ascii="Times New Roman" w:hAnsi="Times New Roman" w:cs="Times New Roman"/>
          <w:bCs/>
          <w:color w:val="404040" w:themeColor="text1" w:themeTint="BF"/>
          <w:sz w:val="24"/>
          <w:szCs w:val="24"/>
        </w:rPr>
      </w:pPr>
      <w:r w:rsidRPr="00EA09AA">
        <w:rPr>
          <w:rFonts w:ascii="Times New Roman" w:hAnsi="Times New Roman" w:cs="Times New Roman"/>
          <w:bCs/>
          <w:color w:val="404040" w:themeColor="text1" w:themeTint="BF"/>
          <w:sz w:val="24"/>
          <w:szCs w:val="24"/>
        </w:rPr>
        <w:t>Vállalkozók számára</w:t>
      </w:r>
    </w:p>
    <w:p w14:paraId="497B276F" w14:textId="6066875D" w:rsidR="002C2BD5" w:rsidRPr="00806238" w:rsidRDefault="002C2BD5" w:rsidP="00442E1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6238">
        <w:rPr>
          <w:rFonts w:ascii="Times New Roman" w:hAnsi="Times New Roman" w:cs="Times New Roman"/>
          <w:b/>
          <w:bCs/>
          <w:sz w:val="24"/>
          <w:szCs w:val="24"/>
        </w:rPr>
        <w:t>Vállalkozás adatai</w:t>
      </w:r>
      <w:r w:rsidR="001D53B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4A49EC6" w14:textId="23198246" w:rsidR="002C2BD5" w:rsidRPr="00806238" w:rsidRDefault="002C2BD5" w:rsidP="002C2BD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6238">
        <w:rPr>
          <w:rFonts w:ascii="Times New Roman" w:hAnsi="Times New Roman" w:cs="Times New Roman"/>
          <w:b/>
          <w:bCs/>
          <w:sz w:val="24"/>
          <w:szCs w:val="24"/>
        </w:rPr>
        <w:t>Vállalkozás neve:</w:t>
      </w:r>
      <w:r w:rsidRPr="00806238">
        <w:rPr>
          <w:rFonts w:ascii="Times New Roman" w:hAnsi="Times New Roman" w:cs="Times New Roman"/>
          <w:sz w:val="24"/>
          <w:szCs w:val="24"/>
        </w:rPr>
        <w:t xml:space="preserve"> _______________________</w:t>
      </w:r>
      <w:r w:rsidR="00442E12" w:rsidRPr="00806238">
        <w:rPr>
          <w:rFonts w:ascii="Times New Roman" w:hAnsi="Times New Roman" w:cs="Times New Roman"/>
          <w:sz w:val="24"/>
          <w:szCs w:val="24"/>
        </w:rPr>
        <w:t>____________________________</w:t>
      </w:r>
      <w:r w:rsidRPr="00806238">
        <w:rPr>
          <w:rFonts w:ascii="Times New Roman" w:hAnsi="Times New Roman" w:cs="Times New Roman"/>
          <w:sz w:val="24"/>
          <w:szCs w:val="24"/>
        </w:rPr>
        <w:t>___</w:t>
      </w:r>
    </w:p>
    <w:p w14:paraId="0A6BD66B" w14:textId="1E8F7761" w:rsidR="002C2BD5" w:rsidRPr="00806238" w:rsidRDefault="002C2BD5" w:rsidP="002C2BD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6238">
        <w:rPr>
          <w:rFonts w:ascii="Times New Roman" w:hAnsi="Times New Roman" w:cs="Times New Roman"/>
          <w:b/>
          <w:bCs/>
          <w:sz w:val="24"/>
          <w:szCs w:val="24"/>
        </w:rPr>
        <w:t>Vállalkozás székhelye:</w:t>
      </w:r>
      <w:r w:rsidRPr="00806238">
        <w:rPr>
          <w:rFonts w:ascii="Times New Roman" w:hAnsi="Times New Roman" w:cs="Times New Roman"/>
          <w:sz w:val="24"/>
          <w:szCs w:val="24"/>
        </w:rPr>
        <w:t xml:space="preserve"> ______________</w:t>
      </w:r>
      <w:r w:rsidR="00442E12" w:rsidRPr="00806238">
        <w:rPr>
          <w:rFonts w:ascii="Times New Roman" w:hAnsi="Times New Roman" w:cs="Times New Roman"/>
          <w:sz w:val="24"/>
          <w:szCs w:val="24"/>
        </w:rPr>
        <w:t>___________________________</w:t>
      </w:r>
      <w:r w:rsidRPr="00806238">
        <w:rPr>
          <w:rFonts w:ascii="Times New Roman" w:hAnsi="Times New Roman" w:cs="Times New Roman"/>
          <w:sz w:val="24"/>
          <w:szCs w:val="24"/>
        </w:rPr>
        <w:t>_________</w:t>
      </w:r>
    </w:p>
    <w:p w14:paraId="660D7B18" w14:textId="5F57E58F" w:rsidR="002C2BD5" w:rsidRPr="00806238" w:rsidRDefault="002C2BD5" w:rsidP="002C2BD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6238">
        <w:rPr>
          <w:rFonts w:ascii="Times New Roman" w:hAnsi="Times New Roman" w:cs="Times New Roman"/>
          <w:b/>
          <w:bCs/>
          <w:sz w:val="24"/>
          <w:szCs w:val="24"/>
        </w:rPr>
        <w:t>Cégjegyzékszám/adószám/vállalkozói igazolvány száma:</w:t>
      </w:r>
      <w:r w:rsidRPr="00806238">
        <w:rPr>
          <w:rFonts w:ascii="Times New Roman" w:hAnsi="Times New Roman" w:cs="Times New Roman"/>
          <w:sz w:val="24"/>
          <w:szCs w:val="24"/>
        </w:rPr>
        <w:t xml:space="preserve"> _____________________</w:t>
      </w:r>
    </w:p>
    <w:p w14:paraId="2E3838B6" w14:textId="7F6B9907" w:rsidR="002C2BD5" w:rsidRPr="00806238" w:rsidRDefault="002C2BD5" w:rsidP="00442E12">
      <w:pPr>
        <w:spacing w:after="3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6238">
        <w:rPr>
          <w:rFonts w:ascii="Times New Roman" w:hAnsi="Times New Roman" w:cs="Times New Roman"/>
          <w:b/>
          <w:bCs/>
          <w:sz w:val="24"/>
          <w:szCs w:val="24"/>
        </w:rPr>
        <w:t>Egy havi nettó bevétel:</w:t>
      </w:r>
      <w:r w:rsidRPr="00806238">
        <w:rPr>
          <w:rFonts w:ascii="Times New Roman" w:hAnsi="Times New Roman" w:cs="Times New Roman"/>
          <w:sz w:val="24"/>
          <w:szCs w:val="24"/>
        </w:rPr>
        <w:t xml:space="preserve"> _________________</w:t>
      </w:r>
      <w:r w:rsidR="008109ED">
        <w:rPr>
          <w:rFonts w:ascii="Times New Roman" w:hAnsi="Times New Roman" w:cs="Times New Roman"/>
          <w:sz w:val="24"/>
          <w:szCs w:val="24"/>
        </w:rPr>
        <w:t>_____</w:t>
      </w:r>
      <w:r w:rsidRPr="00806238">
        <w:rPr>
          <w:rFonts w:ascii="Times New Roman" w:hAnsi="Times New Roman" w:cs="Times New Roman"/>
          <w:sz w:val="24"/>
          <w:szCs w:val="24"/>
        </w:rPr>
        <w:t>_____</w:t>
      </w:r>
    </w:p>
    <w:p w14:paraId="23C0DFD0" w14:textId="3E95593D" w:rsidR="002C2BD5" w:rsidRPr="00806238" w:rsidRDefault="002C2BD5" w:rsidP="008109E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6238">
        <w:rPr>
          <w:rFonts w:ascii="Times New Roman" w:hAnsi="Times New Roman" w:cs="Times New Roman"/>
          <w:sz w:val="24"/>
          <w:szCs w:val="24"/>
        </w:rPr>
        <w:t>Alulírott________________</w:t>
      </w:r>
      <w:r w:rsidR="008109ED">
        <w:rPr>
          <w:rFonts w:ascii="Times New Roman" w:hAnsi="Times New Roman" w:cs="Times New Roman"/>
          <w:sz w:val="24"/>
          <w:szCs w:val="24"/>
        </w:rPr>
        <w:t>_______</w:t>
      </w:r>
      <w:r w:rsidRPr="00806238">
        <w:rPr>
          <w:rFonts w:ascii="Times New Roman" w:hAnsi="Times New Roman" w:cs="Times New Roman"/>
          <w:sz w:val="24"/>
          <w:szCs w:val="24"/>
        </w:rPr>
        <w:t>____, mint egyéni vállalkozó/vállalkozás könyvelője, jelen munkáltatói igazolás aláírásával igazolom, hogy  _________________</w:t>
      </w:r>
      <w:r w:rsidR="008109ED">
        <w:rPr>
          <w:rFonts w:ascii="Times New Roman" w:hAnsi="Times New Roman" w:cs="Times New Roman"/>
          <w:sz w:val="24"/>
          <w:szCs w:val="24"/>
        </w:rPr>
        <w:t>______________</w:t>
      </w:r>
      <w:r w:rsidRPr="00806238">
        <w:rPr>
          <w:rFonts w:ascii="Times New Roman" w:hAnsi="Times New Roman" w:cs="Times New Roman"/>
          <w:sz w:val="24"/>
          <w:szCs w:val="24"/>
        </w:rPr>
        <w:t>___nevű ________</w:t>
      </w:r>
      <w:r w:rsidR="008109ED">
        <w:rPr>
          <w:rFonts w:ascii="Times New Roman" w:hAnsi="Times New Roman" w:cs="Times New Roman"/>
          <w:sz w:val="24"/>
          <w:szCs w:val="24"/>
        </w:rPr>
        <w:t>____________</w:t>
      </w:r>
      <w:r w:rsidRPr="00806238">
        <w:rPr>
          <w:rFonts w:ascii="Times New Roman" w:hAnsi="Times New Roman" w:cs="Times New Roman"/>
          <w:sz w:val="24"/>
          <w:szCs w:val="24"/>
        </w:rPr>
        <w:t>____</w:t>
      </w:r>
      <w:r w:rsidR="008109ED">
        <w:rPr>
          <w:rFonts w:ascii="Times New Roman" w:hAnsi="Times New Roman" w:cs="Times New Roman"/>
          <w:sz w:val="24"/>
          <w:szCs w:val="24"/>
        </w:rPr>
        <w:t xml:space="preserve">___ </w:t>
      </w:r>
      <w:r w:rsidRPr="00806238">
        <w:rPr>
          <w:rFonts w:ascii="Times New Roman" w:hAnsi="Times New Roman" w:cs="Times New Roman"/>
          <w:sz w:val="24"/>
          <w:szCs w:val="24"/>
        </w:rPr>
        <w:t>alatti lakos____________________</w:t>
      </w:r>
      <w:r w:rsidR="008109ED">
        <w:rPr>
          <w:rFonts w:ascii="Times New Roman" w:hAnsi="Times New Roman" w:cs="Times New Roman"/>
          <w:sz w:val="24"/>
          <w:szCs w:val="24"/>
        </w:rPr>
        <w:t>____</w:t>
      </w:r>
      <w:r w:rsidRPr="00806238">
        <w:rPr>
          <w:rFonts w:ascii="Times New Roman" w:hAnsi="Times New Roman" w:cs="Times New Roman"/>
          <w:sz w:val="24"/>
          <w:szCs w:val="24"/>
        </w:rPr>
        <w:t>_____ nevű gyermek, szül.: 20__ év _______</w:t>
      </w:r>
      <w:r w:rsidR="008109ED">
        <w:rPr>
          <w:rFonts w:ascii="Times New Roman" w:hAnsi="Times New Roman" w:cs="Times New Roman"/>
          <w:sz w:val="24"/>
          <w:szCs w:val="24"/>
        </w:rPr>
        <w:t>____</w:t>
      </w:r>
      <w:r w:rsidRPr="00806238">
        <w:rPr>
          <w:rFonts w:ascii="Times New Roman" w:hAnsi="Times New Roman" w:cs="Times New Roman"/>
          <w:sz w:val="24"/>
          <w:szCs w:val="24"/>
        </w:rPr>
        <w:t>__hó  ____</w:t>
      </w:r>
      <w:r w:rsidR="008109ED">
        <w:rPr>
          <w:rFonts w:ascii="Times New Roman" w:hAnsi="Times New Roman" w:cs="Times New Roman"/>
          <w:sz w:val="24"/>
          <w:szCs w:val="24"/>
        </w:rPr>
        <w:t>____</w:t>
      </w:r>
      <w:r w:rsidRPr="00806238">
        <w:rPr>
          <w:rFonts w:ascii="Times New Roman" w:hAnsi="Times New Roman" w:cs="Times New Roman"/>
          <w:sz w:val="24"/>
          <w:szCs w:val="24"/>
        </w:rPr>
        <w:t>____nap szülője, egyéni vállalkozást működtet</w:t>
      </w:r>
      <w:r w:rsidR="008109ED">
        <w:rPr>
          <w:rFonts w:ascii="Times New Roman" w:hAnsi="Times New Roman" w:cs="Times New Roman"/>
          <w:sz w:val="24"/>
          <w:szCs w:val="24"/>
        </w:rPr>
        <w:t xml:space="preserve"> (ek)</w:t>
      </w:r>
      <w:r w:rsidRPr="00806238">
        <w:rPr>
          <w:rFonts w:ascii="Times New Roman" w:hAnsi="Times New Roman" w:cs="Times New Roman"/>
          <w:sz w:val="24"/>
          <w:szCs w:val="24"/>
        </w:rPr>
        <w:t>, mely nem áll szüneteltetés alatt.</w:t>
      </w:r>
    </w:p>
    <w:p w14:paraId="0C98A404" w14:textId="7D91843F" w:rsidR="002C2BD5" w:rsidRPr="00806238" w:rsidRDefault="002C2BD5" w:rsidP="008109ED">
      <w:pPr>
        <w:spacing w:after="360" w:line="360" w:lineRule="auto"/>
        <w:rPr>
          <w:rFonts w:ascii="Times New Roman" w:hAnsi="Times New Roman" w:cs="Times New Roman"/>
          <w:sz w:val="24"/>
          <w:szCs w:val="24"/>
        </w:rPr>
      </w:pPr>
      <w:r w:rsidRPr="00806238">
        <w:rPr>
          <w:rFonts w:ascii="Times New Roman" w:hAnsi="Times New Roman" w:cs="Times New Roman"/>
          <w:sz w:val="24"/>
          <w:szCs w:val="24"/>
        </w:rPr>
        <w:t>Büntetőjogi felelősségem tudatában kijelentem, hogy a fent közölt adatok a valóságnak megfelelnek.</w:t>
      </w:r>
    </w:p>
    <w:tbl>
      <w:tblPr>
        <w:tblW w:w="0" w:type="auto"/>
        <w:jc w:val="center"/>
        <w:tblBorders>
          <w:left w:val="single" w:sz="24" w:space="0" w:color="595959" w:themeColor="text1" w:themeTint="A6"/>
        </w:tblBorders>
        <w:tblLayout w:type="fixed"/>
        <w:tblLook w:val="04A0" w:firstRow="1" w:lastRow="0" w:firstColumn="1" w:lastColumn="0" w:noHBand="0" w:noVBand="1"/>
      </w:tblPr>
      <w:tblGrid>
        <w:gridCol w:w="9360"/>
      </w:tblGrid>
      <w:tr w:rsidR="00BD6F3A" w:rsidRPr="00806238" w14:paraId="286BDF3F" w14:textId="77777777" w:rsidTr="002D60E6">
        <w:trPr>
          <w:jc w:val="center"/>
        </w:trPr>
        <w:tc>
          <w:tcPr>
            <w:tcW w:w="9360" w:type="dxa"/>
            <w:shd w:val="clear" w:color="auto" w:fill="F2F2F2" w:themeFill="background1" w:themeFillShade="F2"/>
          </w:tcPr>
          <w:p w14:paraId="0186B8CA" w14:textId="34982042" w:rsidR="00BD6F3A" w:rsidRPr="00806238" w:rsidRDefault="00BD6F3A" w:rsidP="002D60E6">
            <w:pPr>
              <w:spacing w:before="160"/>
              <w:ind w:left="144" w:right="144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806238">
              <w:rPr>
                <w:rFonts w:ascii="Times New Roman" w:hAnsi="Times New Roman" w:cs="Times New Roman"/>
                <w:b/>
                <w:color w:val="404040" w:themeColor="text1" w:themeTint="BF"/>
                <w:sz w:val="24"/>
                <w:szCs w:val="24"/>
              </w:rPr>
              <w:t xml:space="preserve">Adatkezelés: </w:t>
            </w:r>
            <w:r w:rsidRPr="00806238"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  <w:t>A vonatkozó adatkezelési tájékoztatót elolvastam, és az abban foglaltakat tudomásul veszem</w:t>
            </w:r>
            <w:r w:rsidR="00E75F98" w:rsidRPr="00806238">
              <w:rPr>
                <w:rFonts w:ascii="Times New Roman" w:hAnsi="Times New Roman" w:cs="Times New Roman"/>
                <w:i/>
                <w:color w:val="404040" w:themeColor="text1" w:themeTint="BF"/>
                <w:sz w:val="24"/>
                <w:szCs w:val="24"/>
              </w:rPr>
              <w:t>.</w:t>
            </w:r>
          </w:p>
        </w:tc>
      </w:tr>
    </w:tbl>
    <w:p w14:paraId="3355DBF7" w14:textId="77777777" w:rsidR="00BD6F3A" w:rsidRPr="00806238" w:rsidRDefault="00BD6F3A" w:rsidP="003C7FC3">
      <w:pPr>
        <w:spacing w:after="120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</w:p>
    <w:p w14:paraId="7844CBAB" w14:textId="3A278338" w:rsidR="00266473" w:rsidRPr="00806238" w:rsidRDefault="00000000" w:rsidP="00442E12">
      <w:pPr>
        <w:spacing w:before="360" w:after="360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806238">
        <w:rPr>
          <w:rFonts w:ascii="Times New Roman" w:hAnsi="Times New Roman" w:cs="Times New Roman"/>
          <w:i/>
          <w:color w:val="404040" w:themeColor="text1" w:themeTint="BF"/>
          <w:sz w:val="24"/>
          <w:szCs w:val="24"/>
        </w:rPr>
        <w:t>Kelt: Budapest, 202</w:t>
      </w:r>
      <w:r w:rsidR="009868DD" w:rsidRPr="00806238">
        <w:rPr>
          <w:rFonts w:ascii="Times New Roman" w:hAnsi="Times New Roman" w:cs="Times New Roman"/>
          <w:i/>
          <w:color w:val="404040" w:themeColor="text1" w:themeTint="BF"/>
          <w:sz w:val="24"/>
          <w:szCs w:val="24"/>
        </w:rPr>
        <w:t>_____</w:t>
      </w:r>
      <w:r w:rsidR="00661053" w:rsidRPr="00806238">
        <w:rPr>
          <w:rFonts w:ascii="Times New Roman" w:hAnsi="Times New Roman" w:cs="Times New Roman"/>
          <w:i/>
          <w:color w:val="404040" w:themeColor="text1" w:themeTint="BF"/>
          <w:sz w:val="24"/>
          <w:szCs w:val="24"/>
        </w:rPr>
        <w:t xml:space="preserve">   </w:t>
      </w:r>
      <w:r w:rsidRPr="00806238">
        <w:rPr>
          <w:rFonts w:ascii="Times New Roman" w:hAnsi="Times New Roman" w:cs="Times New Roman"/>
          <w:i/>
          <w:color w:val="404040" w:themeColor="text1" w:themeTint="BF"/>
          <w:sz w:val="24"/>
          <w:szCs w:val="24"/>
        </w:rPr>
        <w:t>év _______________ hó _____ nap</w:t>
      </w:r>
    </w:p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4896"/>
      </w:tblGrid>
      <w:tr w:rsidR="00966058" w:rsidRPr="00806238" w14:paraId="49C9FBA9" w14:textId="77777777" w:rsidTr="00966058">
        <w:trPr>
          <w:jc w:val="right"/>
        </w:trPr>
        <w:tc>
          <w:tcPr>
            <w:tcW w:w="4896" w:type="dxa"/>
          </w:tcPr>
          <w:p w14:paraId="5F25D785" w14:textId="77777777" w:rsidR="00966058" w:rsidRPr="00806238" w:rsidRDefault="00966058" w:rsidP="004940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bookmarkStart w:id="0" w:name="_Hlk236395227"/>
            <w:r w:rsidRPr="00806238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___________________________</w:t>
            </w:r>
          </w:p>
        </w:tc>
      </w:tr>
      <w:tr w:rsidR="00966058" w:rsidRPr="00806238" w14:paraId="0F795A1F" w14:textId="77777777" w:rsidTr="00966058">
        <w:trPr>
          <w:jc w:val="right"/>
        </w:trPr>
        <w:tc>
          <w:tcPr>
            <w:tcW w:w="4896" w:type="dxa"/>
          </w:tcPr>
          <w:p w14:paraId="73C242ED" w14:textId="5CDDA7A0" w:rsidR="00966058" w:rsidRPr="00806238" w:rsidRDefault="002C2BD5" w:rsidP="001A1F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806238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vállalkozó/könyvelő</w:t>
            </w:r>
          </w:p>
          <w:p w14:paraId="744829D2" w14:textId="76FD7018" w:rsidR="00966058" w:rsidRPr="00806238" w:rsidRDefault="00966058" w:rsidP="001A1F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806238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(aláírás)</w:t>
            </w:r>
          </w:p>
        </w:tc>
      </w:tr>
      <w:bookmarkEnd w:id="0"/>
    </w:tbl>
    <w:p w14:paraId="1EF97319" w14:textId="77777777" w:rsidR="00183F4C" w:rsidRPr="00806238" w:rsidRDefault="00183F4C" w:rsidP="00960372">
      <w:pPr>
        <w:spacing w:after="0" w:line="20" w:lineRule="exact"/>
        <w:rPr>
          <w:rFonts w:ascii="Times New Roman" w:hAnsi="Times New Roman" w:cs="Times New Roman"/>
          <w:sz w:val="24"/>
          <w:szCs w:val="24"/>
        </w:rPr>
      </w:pPr>
    </w:p>
    <w:sectPr w:rsidR="00183F4C" w:rsidRPr="00806238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03EFC" w14:textId="77777777" w:rsidR="00CC052F" w:rsidRPr="006832FD" w:rsidRDefault="00CC052F">
      <w:pPr>
        <w:spacing w:after="0" w:line="240" w:lineRule="auto"/>
      </w:pPr>
      <w:r w:rsidRPr="006832FD">
        <w:separator/>
      </w:r>
    </w:p>
  </w:endnote>
  <w:endnote w:type="continuationSeparator" w:id="0">
    <w:p w14:paraId="7072C30C" w14:textId="77777777" w:rsidR="00CC052F" w:rsidRPr="006832FD" w:rsidRDefault="00CC052F">
      <w:pPr>
        <w:spacing w:after="0" w:line="240" w:lineRule="auto"/>
      </w:pPr>
      <w:r w:rsidRPr="006832F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A7C9F" w14:textId="77777777" w:rsidR="00EA09AA" w:rsidRDefault="00EA09AA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B9A45" w14:textId="32ECE317" w:rsidR="009868DD" w:rsidRDefault="00BE5F33" w:rsidP="009868DD">
    <w:pPr>
      <w:pStyle w:val="llb"/>
      <w:ind w:left="360"/>
      <w:jc w:val="center"/>
      <w:rPr>
        <w:rFonts w:ascii="Times New Roman" w:hAnsi="Times New Roman" w:cs="Times New Roman"/>
        <w:color w:val="404040" w:themeColor="text1" w:themeTint="BF"/>
        <w:sz w:val="16"/>
        <w:szCs w:val="16"/>
      </w:rPr>
    </w:pPr>
    <w:r>
      <w:rPr>
        <w:rFonts w:ascii="Times New Roman" w:hAnsi="Times New Roman" w:cs="Times New Roman"/>
        <w:color w:val="404040" w:themeColor="text1" w:themeTint="BF"/>
        <w:sz w:val="16"/>
        <w:szCs w:val="16"/>
      </w:rPr>
      <w:t xml:space="preserve">Munkáltatói igazolás </w:t>
    </w:r>
    <w:r w:rsidR="000C53C0">
      <w:rPr>
        <w:rFonts w:ascii="Times New Roman" w:hAnsi="Times New Roman" w:cs="Times New Roman"/>
        <w:color w:val="404040" w:themeColor="text1" w:themeTint="BF"/>
        <w:sz w:val="16"/>
        <w:szCs w:val="16"/>
      </w:rPr>
      <w:t>(</w:t>
    </w:r>
    <w:r>
      <w:rPr>
        <w:rFonts w:ascii="Times New Roman" w:hAnsi="Times New Roman" w:cs="Times New Roman"/>
        <w:color w:val="404040" w:themeColor="text1" w:themeTint="BF"/>
        <w:sz w:val="16"/>
        <w:szCs w:val="16"/>
      </w:rPr>
      <w:t>vállalkozók</w:t>
    </w:r>
    <w:r w:rsidR="000C53C0">
      <w:rPr>
        <w:rFonts w:ascii="Times New Roman" w:hAnsi="Times New Roman" w:cs="Times New Roman"/>
        <w:color w:val="404040" w:themeColor="text1" w:themeTint="BF"/>
        <w:sz w:val="16"/>
        <w:szCs w:val="16"/>
      </w:rPr>
      <w:t>)</w:t>
    </w:r>
    <w:r w:rsidR="00292132">
      <w:rPr>
        <w:rFonts w:ascii="Times New Roman" w:hAnsi="Times New Roman" w:cs="Times New Roman"/>
        <w:color w:val="404040" w:themeColor="text1" w:themeTint="BF"/>
        <w:sz w:val="16"/>
        <w:szCs w:val="16"/>
      </w:rPr>
      <w:t xml:space="preserve"> </w:t>
    </w:r>
    <w:r w:rsidR="00CC03E2" w:rsidRPr="009868DD">
      <w:rPr>
        <w:rFonts w:ascii="Times New Roman" w:hAnsi="Times New Roman" w:cs="Times New Roman"/>
        <w:color w:val="404040" w:themeColor="text1" w:themeTint="BF"/>
        <w:sz w:val="16"/>
        <w:szCs w:val="16"/>
      </w:rPr>
      <w:t xml:space="preserve">| </w:t>
    </w:r>
    <w:r w:rsidR="00EA09AA">
      <w:rPr>
        <w:rFonts w:ascii="Times New Roman" w:hAnsi="Times New Roman" w:cs="Times New Roman"/>
        <w:color w:val="404040" w:themeColor="text1" w:themeTint="BF"/>
        <w:sz w:val="16"/>
        <w:szCs w:val="16"/>
      </w:rPr>
      <w:t>Bölcsődei j</w:t>
    </w:r>
    <w:r w:rsidR="00CC03E2" w:rsidRPr="009868DD">
      <w:rPr>
        <w:rFonts w:ascii="Times New Roman" w:hAnsi="Times New Roman" w:cs="Times New Roman"/>
        <w:color w:val="404040" w:themeColor="text1" w:themeTint="BF"/>
        <w:sz w:val="16"/>
        <w:szCs w:val="16"/>
      </w:rPr>
      <w:t>ogviszony | Adatkezelési tájékoztató</w:t>
    </w:r>
    <w:r w:rsidR="00A76DD9" w:rsidRPr="009868DD">
      <w:rPr>
        <w:rFonts w:ascii="Times New Roman" w:hAnsi="Times New Roman" w:cs="Times New Roman"/>
        <w:color w:val="404040" w:themeColor="text1" w:themeTint="BF"/>
        <w:sz w:val="16"/>
        <w:szCs w:val="16"/>
      </w:rPr>
      <w:t xml:space="preserve"> elérhetősége</w:t>
    </w:r>
    <w:r w:rsidR="00CC03E2" w:rsidRPr="009868DD">
      <w:rPr>
        <w:rFonts w:ascii="Times New Roman" w:hAnsi="Times New Roman" w:cs="Times New Roman"/>
        <w:color w:val="404040" w:themeColor="text1" w:themeTint="BF"/>
        <w:sz w:val="16"/>
        <w:szCs w:val="16"/>
      </w:rPr>
      <w:t xml:space="preserve">: </w:t>
    </w:r>
    <w:r w:rsidR="00CE1A7D" w:rsidRPr="009868DD">
      <w:rPr>
        <w:rFonts w:ascii="Times New Roman" w:hAnsi="Times New Roman" w:cs="Times New Roman"/>
        <w:color w:val="404040" w:themeColor="text1" w:themeTint="BF"/>
        <w:sz w:val="16"/>
        <w:szCs w:val="16"/>
      </w:rPr>
      <w:t xml:space="preserve">papíralapon </w:t>
    </w:r>
    <w:r w:rsidR="00C3145B" w:rsidRPr="009868DD">
      <w:rPr>
        <w:rFonts w:ascii="Times New Roman" w:hAnsi="Times New Roman" w:cs="Times New Roman"/>
        <w:color w:val="404040" w:themeColor="text1" w:themeTint="BF"/>
        <w:sz w:val="16"/>
        <w:szCs w:val="16"/>
      </w:rPr>
      <w:t>a</w:t>
    </w:r>
    <w:r w:rsidR="00CE1A7D" w:rsidRPr="009868DD">
      <w:rPr>
        <w:rFonts w:ascii="Times New Roman" w:hAnsi="Times New Roman" w:cs="Times New Roman"/>
        <w:color w:val="404040" w:themeColor="text1" w:themeTint="BF"/>
        <w:sz w:val="16"/>
        <w:szCs w:val="16"/>
      </w:rPr>
      <w:t xml:space="preserve"> bölcsődevezető</w:t>
    </w:r>
    <w:r w:rsidR="00C3145B" w:rsidRPr="009868DD">
      <w:rPr>
        <w:rFonts w:ascii="Times New Roman" w:hAnsi="Times New Roman" w:cs="Times New Roman"/>
        <w:color w:val="404040" w:themeColor="text1" w:themeTint="BF"/>
        <w:sz w:val="16"/>
        <w:szCs w:val="16"/>
      </w:rPr>
      <w:t>nél</w:t>
    </w:r>
    <w:r w:rsidR="00A76DD9" w:rsidRPr="009868DD">
      <w:rPr>
        <w:rFonts w:ascii="Times New Roman" w:hAnsi="Times New Roman" w:cs="Times New Roman"/>
        <w:color w:val="404040" w:themeColor="text1" w:themeTint="BF"/>
        <w:sz w:val="16"/>
        <w:szCs w:val="16"/>
      </w:rPr>
      <w:t>,</w:t>
    </w:r>
    <w:r w:rsidR="00CE1A7D" w:rsidRPr="009868DD">
      <w:rPr>
        <w:rFonts w:ascii="Times New Roman" w:hAnsi="Times New Roman" w:cs="Times New Roman"/>
        <w:color w:val="404040" w:themeColor="text1" w:themeTint="BF"/>
        <w:sz w:val="16"/>
        <w:szCs w:val="16"/>
      </w:rPr>
      <w:t xml:space="preserve"> </w:t>
    </w:r>
  </w:p>
  <w:p w14:paraId="6D33D2D4" w14:textId="6E889B52" w:rsidR="00266473" w:rsidRPr="009868DD" w:rsidRDefault="00CE1A7D" w:rsidP="009868DD">
    <w:pPr>
      <w:pStyle w:val="llb"/>
      <w:ind w:left="360"/>
      <w:jc w:val="center"/>
      <w:rPr>
        <w:rFonts w:ascii="Times New Roman" w:hAnsi="Times New Roman" w:cs="Times New Roman"/>
        <w:color w:val="404040" w:themeColor="text1" w:themeTint="BF"/>
        <w:sz w:val="16"/>
        <w:szCs w:val="16"/>
      </w:rPr>
    </w:pPr>
    <w:r w:rsidRPr="009868DD">
      <w:rPr>
        <w:rFonts w:ascii="Times New Roman" w:hAnsi="Times New Roman" w:cs="Times New Roman"/>
        <w:color w:val="404040" w:themeColor="text1" w:themeTint="BF"/>
        <w:sz w:val="16"/>
        <w:szCs w:val="16"/>
      </w:rPr>
      <w:t>elektronikusan</w:t>
    </w:r>
    <w:r w:rsidR="00A76DD9" w:rsidRPr="009868DD">
      <w:rPr>
        <w:rFonts w:ascii="Times New Roman" w:hAnsi="Times New Roman" w:cs="Times New Roman"/>
        <w:color w:val="404040" w:themeColor="text1" w:themeTint="BF"/>
        <w:sz w:val="16"/>
        <w:szCs w:val="16"/>
      </w:rPr>
      <w:t xml:space="preserve"> itt található:</w:t>
    </w:r>
    <w:r w:rsidRPr="009868DD">
      <w:rPr>
        <w:rFonts w:ascii="Times New Roman" w:hAnsi="Times New Roman" w:cs="Times New Roman"/>
        <w:color w:val="404040" w:themeColor="text1" w:themeTint="BF"/>
        <w:sz w:val="16"/>
        <w:szCs w:val="16"/>
      </w:rPr>
      <w:t xml:space="preserve"> </w:t>
    </w:r>
    <w:hyperlink r:id="rId1" w:history="1">
      <w:r w:rsidR="00A76DD9" w:rsidRPr="009868DD">
        <w:rPr>
          <w:rStyle w:val="Hiperhivatkozs"/>
          <w:rFonts w:ascii="Times New Roman" w:hAnsi="Times New Roman" w:cs="Times New Roman"/>
          <w:color w:val="404040" w:themeColor="text1" w:themeTint="BF"/>
          <w:sz w:val="16"/>
          <w:szCs w:val="16"/>
        </w:rPr>
        <w:t>https://rakosmentibolcsodek.hu/adatkezelesi-tajekoztatok/</w:t>
      </w:r>
    </w:hyperlink>
  </w:p>
  <w:p w14:paraId="1D485118" w14:textId="77777777" w:rsidR="00A76DD9" w:rsidRPr="00703FD7" w:rsidRDefault="00A76DD9" w:rsidP="00CC03E2">
    <w:pPr>
      <w:pStyle w:val="llb"/>
      <w:ind w:left="360"/>
      <w:jc w:val="center"/>
      <w:rPr>
        <w:color w:val="404040" w:themeColor="text1" w:themeTint="BF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5BFCA" w14:textId="77777777" w:rsidR="00EA09AA" w:rsidRDefault="00EA09AA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BCDC6D" w14:textId="77777777" w:rsidR="00CC052F" w:rsidRPr="006832FD" w:rsidRDefault="00CC052F">
      <w:pPr>
        <w:spacing w:after="0" w:line="240" w:lineRule="auto"/>
      </w:pPr>
      <w:r w:rsidRPr="006832FD">
        <w:separator/>
      </w:r>
    </w:p>
  </w:footnote>
  <w:footnote w:type="continuationSeparator" w:id="0">
    <w:p w14:paraId="54E0547F" w14:textId="77777777" w:rsidR="00CC052F" w:rsidRPr="006832FD" w:rsidRDefault="00CC052F">
      <w:pPr>
        <w:spacing w:after="0" w:line="240" w:lineRule="auto"/>
      </w:pPr>
      <w:r w:rsidRPr="006832F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7089E" w14:textId="77777777" w:rsidR="00EA09AA" w:rsidRDefault="00EA09AA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58026" w14:textId="5799DD65" w:rsidR="00661053" w:rsidRPr="009868DD" w:rsidRDefault="00661053" w:rsidP="00E935A0">
    <w:pPr>
      <w:pStyle w:val="lfej"/>
      <w:pBdr>
        <w:bottom w:val="single" w:sz="8" w:space="4" w:color="595959" w:themeColor="text1" w:themeTint="A6"/>
      </w:pBdr>
      <w:rPr>
        <w:rFonts w:ascii="Times New Roman" w:hAnsi="Times New Roman" w:cs="Times New Roman"/>
        <w:bCs/>
        <w:color w:val="404040" w:themeColor="text1" w:themeTint="BF"/>
        <w:sz w:val="16"/>
        <w:szCs w:val="16"/>
      </w:rPr>
    </w:pPr>
    <w:r w:rsidRPr="009868DD">
      <w:rPr>
        <w:rFonts w:ascii="Times New Roman" w:hAnsi="Times New Roman" w:cs="Times New Roman"/>
        <w:bCs/>
        <w:color w:val="404040" w:themeColor="text1" w:themeTint="BF"/>
        <w:sz w:val="16"/>
        <w:szCs w:val="16"/>
      </w:rPr>
      <w:t>Budapest Főváros XVII. ker. Rákosmente Önkormányzat</w:t>
    </w:r>
    <w:r w:rsidR="00374B41" w:rsidRPr="009868DD">
      <w:rPr>
        <w:rFonts w:ascii="Times New Roman" w:hAnsi="Times New Roman" w:cs="Times New Roman"/>
        <w:bCs/>
        <w:color w:val="404040" w:themeColor="text1" w:themeTint="BF"/>
        <w:sz w:val="16"/>
        <w:szCs w:val="16"/>
      </w:rPr>
      <w:tab/>
    </w:r>
    <w:r w:rsidR="00374B41" w:rsidRPr="009868DD">
      <w:rPr>
        <w:rFonts w:ascii="Times New Roman" w:hAnsi="Times New Roman" w:cs="Times New Roman"/>
        <w:bCs/>
        <w:color w:val="404040" w:themeColor="text1" w:themeTint="BF"/>
        <w:sz w:val="16"/>
        <w:szCs w:val="16"/>
      </w:rPr>
      <w:tab/>
    </w:r>
    <w:r w:rsidR="00374B41" w:rsidRPr="009868DD">
      <w:rPr>
        <w:rFonts w:ascii="Times New Roman" w:hAnsi="Times New Roman" w:cs="Times New Roman"/>
        <w:bCs/>
        <w:i/>
        <w:color w:val="404040" w:themeColor="text1" w:themeTint="BF"/>
        <w:sz w:val="16"/>
        <w:szCs w:val="16"/>
        <w:lang w:val="en-US"/>
      </w:rPr>
      <w:t xml:space="preserve"> </w:t>
    </w:r>
  </w:p>
  <w:p w14:paraId="243DA439" w14:textId="6CB3814D" w:rsidR="00266473" w:rsidRPr="009868DD" w:rsidRDefault="00661053" w:rsidP="00E935A0">
    <w:pPr>
      <w:pStyle w:val="lfej"/>
      <w:pBdr>
        <w:bottom w:val="single" w:sz="8" w:space="4" w:color="595959" w:themeColor="text1" w:themeTint="A6"/>
      </w:pBdr>
      <w:rPr>
        <w:rFonts w:ascii="Times New Roman" w:hAnsi="Times New Roman" w:cs="Times New Roman"/>
        <w:color w:val="404040" w:themeColor="text1" w:themeTint="BF"/>
      </w:rPr>
    </w:pPr>
    <w:r w:rsidRPr="009868DD">
      <w:rPr>
        <w:rFonts w:ascii="Times New Roman" w:hAnsi="Times New Roman" w:cs="Times New Roman"/>
        <w:b/>
        <w:color w:val="404040" w:themeColor="text1" w:themeTint="BF"/>
        <w:sz w:val="24"/>
        <w:szCs w:val="24"/>
      </w:rPr>
      <w:t>Rákosmenti Egyesített Bölcsődék</w:t>
    </w:r>
    <w:r w:rsidRPr="009868DD">
      <w:rPr>
        <w:rFonts w:ascii="Times New Roman" w:hAnsi="Times New Roman" w:cs="Times New Roman"/>
        <w:b/>
        <w:color w:val="404040" w:themeColor="text1" w:themeTint="BF"/>
        <w:sz w:val="20"/>
      </w:rPr>
      <w:br/>
    </w:r>
    <w:r w:rsidRPr="009868DD">
      <w:rPr>
        <w:rFonts w:ascii="Times New Roman" w:hAnsi="Times New Roman" w:cs="Times New Roman"/>
        <w:color w:val="404040" w:themeColor="text1" w:themeTint="BF"/>
        <w:sz w:val="17"/>
      </w:rPr>
      <w:t xml:space="preserve">Székhely: </w:t>
    </w:r>
    <w:r w:rsidR="003E633E" w:rsidRPr="009868DD">
      <w:rPr>
        <w:rFonts w:ascii="Times New Roman" w:hAnsi="Times New Roman" w:cs="Times New Roman"/>
        <w:color w:val="404040" w:themeColor="text1" w:themeTint="BF"/>
        <w:sz w:val="17"/>
      </w:rPr>
      <w:t>1173</w:t>
    </w:r>
    <w:r w:rsidRPr="009868DD">
      <w:rPr>
        <w:rFonts w:ascii="Times New Roman" w:hAnsi="Times New Roman" w:cs="Times New Roman"/>
        <w:color w:val="404040" w:themeColor="text1" w:themeTint="BF"/>
        <w:sz w:val="17"/>
      </w:rPr>
      <w:t xml:space="preserve"> Budapest, </w:t>
    </w:r>
    <w:r w:rsidR="003E633E" w:rsidRPr="009868DD">
      <w:rPr>
        <w:rFonts w:ascii="Times New Roman" w:hAnsi="Times New Roman" w:cs="Times New Roman"/>
        <w:color w:val="404040" w:themeColor="text1" w:themeTint="BF"/>
        <w:sz w:val="17"/>
      </w:rPr>
      <w:t>Kaszáló u. 50.</w:t>
    </w:r>
    <w:r w:rsidRPr="009868DD">
      <w:rPr>
        <w:rFonts w:ascii="Times New Roman" w:hAnsi="Times New Roman" w:cs="Times New Roman"/>
        <w:color w:val="404040" w:themeColor="text1" w:themeTint="BF"/>
        <w:sz w:val="17"/>
      </w:rPr>
      <w:t xml:space="preserve"> | Telefon: +36 1 </w:t>
    </w:r>
    <w:r w:rsidR="003E633E" w:rsidRPr="009868DD">
      <w:rPr>
        <w:rFonts w:ascii="Times New Roman" w:hAnsi="Times New Roman" w:cs="Times New Roman"/>
        <w:color w:val="404040" w:themeColor="text1" w:themeTint="BF"/>
        <w:sz w:val="17"/>
      </w:rPr>
      <w:t>200-4622</w:t>
    </w:r>
    <w:r w:rsidRPr="009868DD">
      <w:rPr>
        <w:rFonts w:ascii="Times New Roman" w:hAnsi="Times New Roman" w:cs="Times New Roman"/>
        <w:color w:val="404040" w:themeColor="text1" w:themeTint="BF"/>
        <w:sz w:val="17"/>
      </w:rPr>
      <w:br/>
      <w:t>E-mail: k</w:t>
    </w:r>
    <w:r w:rsidR="00817863" w:rsidRPr="009868DD">
      <w:rPr>
        <w:rFonts w:ascii="Times New Roman" w:hAnsi="Times New Roman" w:cs="Times New Roman"/>
        <w:color w:val="404040" w:themeColor="text1" w:themeTint="BF"/>
        <w:sz w:val="17"/>
      </w:rPr>
      <w:t>ozp</w:t>
    </w:r>
    <w:r w:rsidRPr="009868DD">
      <w:rPr>
        <w:rFonts w:ascii="Times New Roman" w:hAnsi="Times New Roman" w:cs="Times New Roman"/>
        <w:color w:val="404040" w:themeColor="text1" w:themeTint="BF"/>
        <w:sz w:val="17"/>
      </w:rPr>
      <w:t>ont@rakosmentibolcsodek.hu | Web: www.rakosmentibolcsodek.hu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C20C4" w14:textId="77777777" w:rsidR="00EA09AA" w:rsidRDefault="00EA09A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B8F10D8"/>
    <w:multiLevelType w:val="hybridMultilevel"/>
    <w:tmpl w:val="F60AA72C"/>
    <w:lvl w:ilvl="0" w:tplc="115C7D64">
      <w:start w:val="1"/>
      <w:numFmt w:val="decimal"/>
      <w:lvlText w:val="%1."/>
      <w:lvlJc w:val="left"/>
      <w:pPr>
        <w:ind w:left="499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5713" w:hanging="360"/>
      </w:pPr>
    </w:lvl>
    <w:lvl w:ilvl="2" w:tplc="040E001B" w:tentative="1">
      <w:start w:val="1"/>
      <w:numFmt w:val="lowerRoman"/>
      <w:lvlText w:val="%3."/>
      <w:lvlJc w:val="right"/>
      <w:pPr>
        <w:ind w:left="6433" w:hanging="180"/>
      </w:pPr>
    </w:lvl>
    <w:lvl w:ilvl="3" w:tplc="040E000F" w:tentative="1">
      <w:start w:val="1"/>
      <w:numFmt w:val="decimal"/>
      <w:lvlText w:val="%4."/>
      <w:lvlJc w:val="left"/>
      <w:pPr>
        <w:ind w:left="7153" w:hanging="360"/>
      </w:pPr>
    </w:lvl>
    <w:lvl w:ilvl="4" w:tplc="040E0019" w:tentative="1">
      <w:start w:val="1"/>
      <w:numFmt w:val="lowerLetter"/>
      <w:lvlText w:val="%5."/>
      <w:lvlJc w:val="left"/>
      <w:pPr>
        <w:ind w:left="7873" w:hanging="360"/>
      </w:pPr>
    </w:lvl>
    <w:lvl w:ilvl="5" w:tplc="040E001B" w:tentative="1">
      <w:start w:val="1"/>
      <w:numFmt w:val="lowerRoman"/>
      <w:lvlText w:val="%6."/>
      <w:lvlJc w:val="right"/>
      <w:pPr>
        <w:ind w:left="8593" w:hanging="180"/>
      </w:pPr>
    </w:lvl>
    <w:lvl w:ilvl="6" w:tplc="040E000F" w:tentative="1">
      <w:start w:val="1"/>
      <w:numFmt w:val="decimal"/>
      <w:lvlText w:val="%7."/>
      <w:lvlJc w:val="left"/>
      <w:pPr>
        <w:ind w:left="9313" w:hanging="360"/>
      </w:pPr>
    </w:lvl>
    <w:lvl w:ilvl="7" w:tplc="040E0019" w:tentative="1">
      <w:start w:val="1"/>
      <w:numFmt w:val="lowerLetter"/>
      <w:lvlText w:val="%8."/>
      <w:lvlJc w:val="left"/>
      <w:pPr>
        <w:ind w:left="10033" w:hanging="360"/>
      </w:pPr>
    </w:lvl>
    <w:lvl w:ilvl="8" w:tplc="040E001B" w:tentative="1">
      <w:start w:val="1"/>
      <w:numFmt w:val="lowerRoman"/>
      <w:lvlText w:val="%9."/>
      <w:lvlJc w:val="right"/>
      <w:pPr>
        <w:ind w:left="10753" w:hanging="180"/>
      </w:pPr>
    </w:lvl>
  </w:abstractNum>
  <w:abstractNum w:abstractNumId="10" w15:restartNumberingAfterBreak="0">
    <w:nsid w:val="0C555929"/>
    <w:multiLevelType w:val="hybridMultilevel"/>
    <w:tmpl w:val="2CFE83DC"/>
    <w:lvl w:ilvl="0" w:tplc="D828F1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AB4765"/>
    <w:multiLevelType w:val="hybridMultilevel"/>
    <w:tmpl w:val="5AD86B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10027B"/>
    <w:multiLevelType w:val="hybridMultilevel"/>
    <w:tmpl w:val="99AC02FA"/>
    <w:lvl w:ilvl="0" w:tplc="67EA1B3E">
      <w:start w:val="1"/>
      <w:numFmt w:val="decimal"/>
      <w:lvlText w:val="%1."/>
      <w:lvlJc w:val="left"/>
      <w:pPr>
        <w:ind w:left="720" w:hanging="360"/>
      </w:pPr>
      <w:rPr>
        <w:rFonts w:hint="default"/>
        <w:sz w:val="17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E566B0"/>
    <w:multiLevelType w:val="hybridMultilevel"/>
    <w:tmpl w:val="453C647E"/>
    <w:lvl w:ilvl="0" w:tplc="256645E8">
      <w:start w:val="1"/>
      <w:numFmt w:val="decimal"/>
      <w:lvlText w:val="%1."/>
      <w:lvlJc w:val="left"/>
      <w:pPr>
        <w:ind w:left="180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22B3752"/>
    <w:multiLevelType w:val="hybridMultilevel"/>
    <w:tmpl w:val="B1046D10"/>
    <w:lvl w:ilvl="0" w:tplc="E86C1DAC">
      <w:start w:val="1"/>
      <w:numFmt w:val="decimal"/>
      <w:lvlText w:val="%1."/>
      <w:lvlJc w:val="left"/>
      <w:pPr>
        <w:ind w:left="720" w:hanging="360"/>
      </w:pPr>
      <w:rPr>
        <w:rFonts w:hint="default"/>
        <w:sz w:val="17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BA66F2"/>
    <w:multiLevelType w:val="hybridMultilevel"/>
    <w:tmpl w:val="DD4E9300"/>
    <w:lvl w:ilvl="0" w:tplc="03E4B86E">
      <w:start w:val="1"/>
      <w:numFmt w:val="decimal"/>
      <w:lvlText w:val="%1."/>
      <w:lvlJc w:val="left"/>
      <w:pPr>
        <w:ind w:left="499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5713" w:hanging="360"/>
      </w:pPr>
    </w:lvl>
    <w:lvl w:ilvl="2" w:tplc="040E001B" w:tentative="1">
      <w:start w:val="1"/>
      <w:numFmt w:val="lowerRoman"/>
      <w:lvlText w:val="%3."/>
      <w:lvlJc w:val="right"/>
      <w:pPr>
        <w:ind w:left="6433" w:hanging="180"/>
      </w:pPr>
    </w:lvl>
    <w:lvl w:ilvl="3" w:tplc="040E000F" w:tentative="1">
      <w:start w:val="1"/>
      <w:numFmt w:val="decimal"/>
      <w:lvlText w:val="%4."/>
      <w:lvlJc w:val="left"/>
      <w:pPr>
        <w:ind w:left="7153" w:hanging="360"/>
      </w:pPr>
    </w:lvl>
    <w:lvl w:ilvl="4" w:tplc="040E0019" w:tentative="1">
      <w:start w:val="1"/>
      <w:numFmt w:val="lowerLetter"/>
      <w:lvlText w:val="%5."/>
      <w:lvlJc w:val="left"/>
      <w:pPr>
        <w:ind w:left="7873" w:hanging="360"/>
      </w:pPr>
    </w:lvl>
    <w:lvl w:ilvl="5" w:tplc="040E001B" w:tentative="1">
      <w:start w:val="1"/>
      <w:numFmt w:val="lowerRoman"/>
      <w:lvlText w:val="%6."/>
      <w:lvlJc w:val="right"/>
      <w:pPr>
        <w:ind w:left="8593" w:hanging="180"/>
      </w:pPr>
    </w:lvl>
    <w:lvl w:ilvl="6" w:tplc="040E000F" w:tentative="1">
      <w:start w:val="1"/>
      <w:numFmt w:val="decimal"/>
      <w:lvlText w:val="%7."/>
      <w:lvlJc w:val="left"/>
      <w:pPr>
        <w:ind w:left="9313" w:hanging="360"/>
      </w:pPr>
    </w:lvl>
    <w:lvl w:ilvl="7" w:tplc="040E0019" w:tentative="1">
      <w:start w:val="1"/>
      <w:numFmt w:val="lowerLetter"/>
      <w:lvlText w:val="%8."/>
      <w:lvlJc w:val="left"/>
      <w:pPr>
        <w:ind w:left="10033" w:hanging="360"/>
      </w:pPr>
    </w:lvl>
    <w:lvl w:ilvl="8" w:tplc="040E001B" w:tentative="1">
      <w:start w:val="1"/>
      <w:numFmt w:val="lowerRoman"/>
      <w:lvlText w:val="%9."/>
      <w:lvlJc w:val="right"/>
      <w:pPr>
        <w:ind w:left="10753" w:hanging="180"/>
      </w:pPr>
    </w:lvl>
  </w:abstractNum>
  <w:abstractNum w:abstractNumId="16" w15:restartNumberingAfterBreak="0">
    <w:nsid w:val="51E3275A"/>
    <w:multiLevelType w:val="hybridMultilevel"/>
    <w:tmpl w:val="6AB62B7C"/>
    <w:lvl w:ilvl="0" w:tplc="776AAD5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EF352C"/>
    <w:multiLevelType w:val="hybridMultilevel"/>
    <w:tmpl w:val="8A601210"/>
    <w:lvl w:ilvl="0" w:tplc="327065EC">
      <w:start w:val="1"/>
      <w:numFmt w:val="decimal"/>
      <w:lvlText w:val="%1."/>
      <w:lvlJc w:val="left"/>
      <w:pPr>
        <w:ind w:left="499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5713" w:hanging="360"/>
      </w:pPr>
    </w:lvl>
    <w:lvl w:ilvl="2" w:tplc="040E001B" w:tentative="1">
      <w:start w:val="1"/>
      <w:numFmt w:val="lowerRoman"/>
      <w:lvlText w:val="%3."/>
      <w:lvlJc w:val="right"/>
      <w:pPr>
        <w:ind w:left="6433" w:hanging="180"/>
      </w:pPr>
    </w:lvl>
    <w:lvl w:ilvl="3" w:tplc="040E000F" w:tentative="1">
      <w:start w:val="1"/>
      <w:numFmt w:val="decimal"/>
      <w:lvlText w:val="%4."/>
      <w:lvlJc w:val="left"/>
      <w:pPr>
        <w:ind w:left="7153" w:hanging="360"/>
      </w:pPr>
    </w:lvl>
    <w:lvl w:ilvl="4" w:tplc="040E0019" w:tentative="1">
      <w:start w:val="1"/>
      <w:numFmt w:val="lowerLetter"/>
      <w:lvlText w:val="%5."/>
      <w:lvlJc w:val="left"/>
      <w:pPr>
        <w:ind w:left="7873" w:hanging="360"/>
      </w:pPr>
    </w:lvl>
    <w:lvl w:ilvl="5" w:tplc="040E001B" w:tentative="1">
      <w:start w:val="1"/>
      <w:numFmt w:val="lowerRoman"/>
      <w:lvlText w:val="%6."/>
      <w:lvlJc w:val="right"/>
      <w:pPr>
        <w:ind w:left="8593" w:hanging="180"/>
      </w:pPr>
    </w:lvl>
    <w:lvl w:ilvl="6" w:tplc="040E000F" w:tentative="1">
      <w:start w:val="1"/>
      <w:numFmt w:val="decimal"/>
      <w:lvlText w:val="%7."/>
      <w:lvlJc w:val="left"/>
      <w:pPr>
        <w:ind w:left="9313" w:hanging="360"/>
      </w:pPr>
    </w:lvl>
    <w:lvl w:ilvl="7" w:tplc="040E0019" w:tentative="1">
      <w:start w:val="1"/>
      <w:numFmt w:val="lowerLetter"/>
      <w:lvlText w:val="%8."/>
      <w:lvlJc w:val="left"/>
      <w:pPr>
        <w:ind w:left="10033" w:hanging="360"/>
      </w:pPr>
    </w:lvl>
    <w:lvl w:ilvl="8" w:tplc="040E001B" w:tentative="1">
      <w:start w:val="1"/>
      <w:numFmt w:val="lowerRoman"/>
      <w:lvlText w:val="%9."/>
      <w:lvlJc w:val="right"/>
      <w:pPr>
        <w:ind w:left="10753" w:hanging="180"/>
      </w:pPr>
    </w:lvl>
  </w:abstractNum>
  <w:abstractNum w:abstractNumId="18" w15:restartNumberingAfterBreak="0">
    <w:nsid w:val="63AB5DC5"/>
    <w:multiLevelType w:val="hybridMultilevel"/>
    <w:tmpl w:val="5FEC6CF2"/>
    <w:lvl w:ilvl="0" w:tplc="4626AD14">
      <w:start w:val="1"/>
      <w:numFmt w:val="decimal"/>
      <w:lvlText w:val="%1."/>
      <w:lvlJc w:val="left"/>
      <w:pPr>
        <w:ind w:left="499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5713" w:hanging="360"/>
      </w:pPr>
    </w:lvl>
    <w:lvl w:ilvl="2" w:tplc="040E001B" w:tentative="1">
      <w:start w:val="1"/>
      <w:numFmt w:val="lowerRoman"/>
      <w:lvlText w:val="%3."/>
      <w:lvlJc w:val="right"/>
      <w:pPr>
        <w:ind w:left="6433" w:hanging="180"/>
      </w:pPr>
    </w:lvl>
    <w:lvl w:ilvl="3" w:tplc="040E000F" w:tentative="1">
      <w:start w:val="1"/>
      <w:numFmt w:val="decimal"/>
      <w:lvlText w:val="%4."/>
      <w:lvlJc w:val="left"/>
      <w:pPr>
        <w:ind w:left="7153" w:hanging="360"/>
      </w:pPr>
    </w:lvl>
    <w:lvl w:ilvl="4" w:tplc="040E0019" w:tentative="1">
      <w:start w:val="1"/>
      <w:numFmt w:val="lowerLetter"/>
      <w:lvlText w:val="%5."/>
      <w:lvlJc w:val="left"/>
      <w:pPr>
        <w:ind w:left="7873" w:hanging="360"/>
      </w:pPr>
    </w:lvl>
    <w:lvl w:ilvl="5" w:tplc="040E001B" w:tentative="1">
      <w:start w:val="1"/>
      <w:numFmt w:val="lowerRoman"/>
      <w:lvlText w:val="%6."/>
      <w:lvlJc w:val="right"/>
      <w:pPr>
        <w:ind w:left="8593" w:hanging="180"/>
      </w:pPr>
    </w:lvl>
    <w:lvl w:ilvl="6" w:tplc="040E000F" w:tentative="1">
      <w:start w:val="1"/>
      <w:numFmt w:val="decimal"/>
      <w:lvlText w:val="%7."/>
      <w:lvlJc w:val="left"/>
      <w:pPr>
        <w:ind w:left="9313" w:hanging="360"/>
      </w:pPr>
    </w:lvl>
    <w:lvl w:ilvl="7" w:tplc="040E0019" w:tentative="1">
      <w:start w:val="1"/>
      <w:numFmt w:val="lowerLetter"/>
      <w:lvlText w:val="%8."/>
      <w:lvlJc w:val="left"/>
      <w:pPr>
        <w:ind w:left="10033" w:hanging="360"/>
      </w:pPr>
    </w:lvl>
    <w:lvl w:ilvl="8" w:tplc="040E001B" w:tentative="1">
      <w:start w:val="1"/>
      <w:numFmt w:val="lowerRoman"/>
      <w:lvlText w:val="%9."/>
      <w:lvlJc w:val="right"/>
      <w:pPr>
        <w:ind w:left="10753" w:hanging="180"/>
      </w:pPr>
    </w:lvl>
  </w:abstractNum>
  <w:num w:numId="1" w16cid:durableId="401875625">
    <w:abstractNumId w:val="8"/>
  </w:num>
  <w:num w:numId="2" w16cid:durableId="1553076220">
    <w:abstractNumId w:val="6"/>
  </w:num>
  <w:num w:numId="3" w16cid:durableId="112603752">
    <w:abstractNumId w:val="5"/>
  </w:num>
  <w:num w:numId="4" w16cid:durableId="1614358657">
    <w:abstractNumId w:val="4"/>
  </w:num>
  <w:num w:numId="5" w16cid:durableId="1988515174">
    <w:abstractNumId w:val="7"/>
  </w:num>
  <w:num w:numId="6" w16cid:durableId="735275890">
    <w:abstractNumId w:val="3"/>
  </w:num>
  <w:num w:numId="7" w16cid:durableId="815343544">
    <w:abstractNumId w:val="2"/>
  </w:num>
  <w:num w:numId="8" w16cid:durableId="814444245">
    <w:abstractNumId w:val="1"/>
  </w:num>
  <w:num w:numId="9" w16cid:durableId="1515880143">
    <w:abstractNumId w:val="0"/>
  </w:num>
  <w:num w:numId="10" w16cid:durableId="1014068393">
    <w:abstractNumId w:val="16"/>
  </w:num>
  <w:num w:numId="11" w16cid:durableId="50469859">
    <w:abstractNumId w:val="13"/>
  </w:num>
  <w:num w:numId="12" w16cid:durableId="1250624475">
    <w:abstractNumId w:val="17"/>
  </w:num>
  <w:num w:numId="13" w16cid:durableId="1719429534">
    <w:abstractNumId w:val="18"/>
  </w:num>
  <w:num w:numId="14" w16cid:durableId="2084333154">
    <w:abstractNumId w:val="9"/>
  </w:num>
  <w:num w:numId="15" w16cid:durableId="1256087377">
    <w:abstractNumId w:val="15"/>
  </w:num>
  <w:num w:numId="16" w16cid:durableId="978878069">
    <w:abstractNumId w:val="12"/>
  </w:num>
  <w:num w:numId="17" w16cid:durableId="1202940270">
    <w:abstractNumId w:val="14"/>
  </w:num>
  <w:num w:numId="18" w16cid:durableId="420569161">
    <w:abstractNumId w:val="11"/>
  </w:num>
  <w:num w:numId="19" w16cid:durableId="198319255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113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5AE3"/>
    <w:rsid w:val="00034616"/>
    <w:rsid w:val="0004388F"/>
    <w:rsid w:val="0006063C"/>
    <w:rsid w:val="000622EC"/>
    <w:rsid w:val="000A7FA3"/>
    <w:rsid w:val="000C53C0"/>
    <w:rsid w:val="00126243"/>
    <w:rsid w:val="0015074B"/>
    <w:rsid w:val="00183F4C"/>
    <w:rsid w:val="001A1FA1"/>
    <w:rsid w:val="001D53B2"/>
    <w:rsid w:val="001E2957"/>
    <w:rsid w:val="001F1828"/>
    <w:rsid w:val="001F1DA6"/>
    <w:rsid w:val="00214F7E"/>
    <w:rsid w:val="00262317"/>
    <w:rsid w:val="00265658"/>
    <w:rsid w:val="00266473"/>
    <w:rsid w:val="00292132"/>
    <w:rsid w:val="002948D9"/>
    <w:rsid w:val="0029639D"/>
    <w:rsid w:val="002B2A17"/>
    <w:rsid w:val="002C2BD5"/>
    <w:rsid w:val="00326F90"/>
    <w:rsid w:val="003663D2"/>
    <w:rsid w:val="00367F3F"/>
    <w:rsid w:val="00374B41"/>
    <w:rsid w:val="00393498"/>
    <w:rsid w:val="003C28DC"/>
    <w:rsid w:val="003C7FC3"/>
    <w:rsid w:val="003D3C3F"/>
    <w:rsid w:val="003D5074"/>
    <w:rsid w:val="003D69CF"/>
    <w:rsid w:val="003E633E"/>
    <w:rsid w:val="003F4CF0"/>
    <w:rsid w:val="00442E12"/>
    <w:rsid w:val="00455FD9"/>
    <w:rsid w:val="00463DA8"/>
    <w:rsid w:val="00471510"/>
    <w:rsid w:val="0049404A"/>
    <w:rsid w:val="004B048B"/>
    <w:rsid w:val="004E3B4D"/>
    <w:rsid w:val="00534099"/>
    <w:rsid w:val="00562E8F"/>
    <w:rsid w:val="0058394A"/>
    <w:rsid w:val="005A1A93"/>
    <w:rsid w:val="005B0263"/>
    <w:rsid w:val="0061381F"/>
    <w:rsid w:val="00661053"/>
    <w:rsid w:val="00676427"/>
    <w:rsid w:val="006832FD"/>
    <w:rsid w:val="006A6430"/>
    <w:rsid w:val="006E33D5"/>
    <w:rsid w:val="006F77CC"/>
    <w:rsid w:val="00702FC3"/>
    <w:rsid w:val="00703FD7"/>
    <w:rsid w:val="00731E88"/>
    <w:rsid w:val="00741BEC"/>
    <w:rsid w:val="00752294"/>
    <w:rsid w:val="00765478"/>
    <w:rsid w:val="007701EF"/>
    <w:rsid w:val="007A64ED"/>
    <w:rsid w:val="00806238"/>
    <w:rsid w:val="008109ED"/>
    <w:rsid w:val="008167E2"/>
    <w:rsid w:val="00817863"/>
    <w:rsid w:val="00867A36"/>
    <w:rsid w:val="008C3EC9"/>
    <w:rsid w:val="00905089"/>
    <w:rsid w:val="00960372"/>
    <w:rsid w:val="0096096C"/>
    <w:rsid w:val="009651C8"/>
    <w:rsid w:val="00966058"/>
    <w:rsid w:val="00976633"/>
    <w:rsid w:val="009868DD"/>
    <w:rsid w:val="00A02B49"/>
    <w:rsid w:val="00A26CAD"/>
    <w:rsid w:val="00A76DD9"/>
    <w:rsid w:val="00A94D1D"/>
    <w:rsid w:val="00AA1D8D"/>
    <w:rsid w:val="00AB7FB2"/>
    <w:rsid w:val="00AC2DFB"/>
    <w:rsid w:val="00AF1265"/>
    <w:rsid w:val="00B04835"/>
    <w:rsid w:val="00B47730"/>
    <w:rsid w:val="00B55E16"/>
    <w:rsid w:val="00BA6EE3"/>
    <w:rsid w:val="00BD6F3A"/>
    <w:rsid w:val="00BE5F33"/>
    <w:rsid w:val="00C17C27"/>
    <w:rsid w:val="00C3145B"/>
    <w:rsid w:val="00C520A4"/>
    <w:rsid w:val="00CB0664"/>
    <w:rsid w:val="00CC03E2"/>
    <w:rsid w:val="00CC052F"/>
    <w:rsid w:val="00CE1A7D"/>
    <w:rsid w:val="00D07202"/>
    <w:rsid w:val="00D07241"/>
    <w:rsid w:val="00D20B12"/>
    <w:rsid w:val="00D272B5"/>
    <w:rsid w:val="00D42AF7"/>
    <w:rsid w:val="00D65BE3"/>
    <w:rsid w:val="00D707B1"/>
    <w:rsid w:val="00D83F50"/>
    <w:rsid w:val="00DD7A1C"/>
    <w:rsid w:val="00E75F98"/>
    <w:rsid w:val="00E77712"/>
    <w:rsid w:val="00E935A0"/>
    <w:rsid w:val="00EA09AA"/>
    <w:rsid w:val="00EE47DC"/>
    <w:rsid w:val="00F1799F"/>
    <w:rsid w:val="00F4775B"/>
    <w:rsid w:val="00F620C4"/>
    <w:rsid w:val="00FC693F"/>
    <w:rsid w:val="00FF6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BB597E0"/>
  <w14:defaultImageDpi w14:val="330"/>
  <w15:docId w15:val="{D9D422A4-C514-4901-9F4E-6CFA576E0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693F"/>
    <w:pPr>
      <w:spacing w:after="160" w:line="288" w:lineRule="auto"/>
    </w:pPr>
    <w:rPr>
      <w:rFonts w:ascii="Georgia" w:hAnsi="Georgia"/>
      <w:color w:val="2D3748"/>
      <w:lang w:val="hu-HU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kiemel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iperhivatkozs">
    <w:name w:val="Hyperlink"/>
    <w:basedOn w:val="Bekezdsalapbettpusa"/>
    <w:uiPriority w:val="99"/>
    <w:unhideWhenUsed/>
    <w:rsid w:val="00661053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6610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rakosmentibolcsodek.hu/adatkezelesi-tajekoztato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132</Words>
  <Characters>918</Characters>
  <Application>Microsoft Office Word</Application>
  <DocSecurity>0</DocSecurity>
  <Lines>7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1048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Alma Napraforgó</cp:lastModifiedBy>
  <cp:revision>11</cp:revision>
  <dcterms:created xsi:type="dcterms:W3CDTF">2026-08-05T08:03:00Z</dcterms:created>
  <dcterms:modified xsi:type="dcterms:W3CDTF">2026-08-13T12:23:00Z</dcterms:modified>
  <cp:category/>
</cp:coreProperties>
</file>