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D2F9F" w14:textId="77777777" w:rsidR="00560D81" w:rsidRPr="004A14FE" w:rsidRDefault="00560D81" w:rsidP="00560D81">
      <w:pPr>
        <w:spacing w:before="120" w:after="0" w:line="240" w:lineRule="auto"/>
        <w:ind w:left="360"/>
        <w:jc w:val="center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  <w:r w:rsidRPr="004A14FE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1. sz. </w:t>
      </w:r>
    </w:p>
    <w:p w14:paraId="2EE0256E" w14:textId="5EDE59F0" w:rsidR="00E141D8" w:rsidRPr="00560D81" w:rsidRDefault="00E141D8" w:rsidP="00560D81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  <w:t>Nyilatkozat</w:t>
      </w:r>
    </w:p>
    <w:p w14:paraId="6808B317" w14:textId="48D6E2FF" w:rsidR="00E141D8" w:rsidRPr="00D20E41" w:rsidRDefault="00E141D8" w:rsidP="00E141D8">
      <w:pPr>
        <w:spacing w:after="120" w:line="240" w:lineRule="auto"/>
        <w:jc w:val="center"/>
        <w:rPr>
          <w:rFonts w:ascii="Times New Roman" w:hAnsi="Times New Roman" w:cs="Times New Roman"/>
          <w:bCs/>
          <w:color w:val="404040" w:themeColor="text1" w:themeTint="BF"/>
          <w:sz w:val="18"/>
          <w:szCs w:val="18"/>
        </w:rPr>
      </w:pPr>
      <w:r w:rsidRPr="00D20E41">
        <w:rPr>
          <w:rFonts w:ascii="Times New Roman" w:hAnsi="Times New Roman" w:cs="Times New Roman"/>
          <w:bCs/>
          <w:color w:val="404040" w:themeColor="text1" w:themeTint="BF"/>
          <w:sz w:val="18"/>
          <w:szCs w:val="18"/>
        </w:rPr>
        <w:t>Gyermek egészségi állapotáról, közösségben való megjelenéshez</w:t>
      </w:r>
      <w:r w:rsidR="00517369" w:rsidRPr="00D20E41">
        <w:rPr>
          <w:rFonts w:ascii="Times New Roman" w:hAnsi="Times New Roman" w:cs="Times New Roman"/>
          <w:bCs/>
          <w:color w:val="404040" w:themeColor="text1" w:themeTint="BF"/>
          <w:sz w:val="18"/>
          <w:szCs w:val="18"/>
        </w:rPr>
        <w:t>.</w:t>
      </w:r>
    </w:p>
    <w:p w14:paraId="30CB7A29" w14:textId="77777777" w:rsidR="00E141D8" w:rsidRPr="00560D81" w:rsidRDefault="00E141D8" w:rsidP="00E141D8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Adatok:</w:t>
      </w:r>
    </w:p>
    <w:p w14:paraId="091A3397" w14:textId="23B89446" w:rsidR="00E141D8" w:rsidRPr="00D20E41" w:rsidRDefault="00E141D8" w:rsidP="00E141D8">
      <w:pPr>
        <w:tabs>
          <w:tab w:val="left" w:pos="142"/>
        </w:tabs>
        <w:spacing w:after="120" w:line="240" w:lineRule="auto"/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Szülő/törv</w:t>
      </w:r>
      <w:r w:rsidR="00361A8D"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ényes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 képv</w:t>
      </w:r>
      <w:r w:rsidR="00361A8D"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iselő 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neve: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ab/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______________________________</w:t>
      </w:r>
      <w:r w:rsidR="00FB75F8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</w:t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</w:t>
      </w:r>
    </w:p>
    <w:p w14:paraId="4D39E047" w14:textId="4B51A737" w:rsidR="00E141D8" w:rsidRPr="00D20E41" w:rsidRDefault="00E141D8" w:rsidP="00E141D8">
      <w:pPr>
        <w:tabs>
          <w:tab w:val="left" w:pos="142"/>
        </w:tabs>
        <w:spacing w:after="120" w:line="240" w:lineRule="auto"/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Gyermek neve</w:t>
      </w:r>
      <w:r w:rsidR="00D20E4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: </w:t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__________________________________________</w:t>
      </w:r>
      <w:r w:rsidR="00FB75F8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</w:t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____________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 szül</w:t>
      </w:r>
      <w:r w:rsidR="00361A8D"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etési 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id</w:t>
      </w:r>
      <w:r w:rsidR="00361A8D"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eje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: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ab/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</w:t>
      </w:r>
      <w:r w:rsidR="00FB75F8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_____________</w:t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</w:t>
      </w:r>
    </w:p>
    <w:p w14:paraId="405DD504" w14:textId="77777777" w:rsidR="00E141D8" w:rsidRPr="00560D81" w:rsidRDefault="00E141D8" w:rsidP="00E141D8">
      <w:pPr>
        <w:spacing w:after="0" w:line="240" w:lineRule="auto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Nyilatkozattétel:</w:t>
      </w:r>
    </w:p>
    <w:p w14:paraId="6AC1D065" w14:textId="7016EF6D" w:rsidR="00E141D8" w:rsidRPr="00560D81" w:rsidRDefault="00E141D8" w:rsidP="00D20E41">
      <w:pPr>
        <w:spacing w:after="60" w:line="240" w:lineRule="auto"/>
        <w:jc w:val="both"/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 xml:space="preserve">Alulírott szülő/törvényes képviselő nyilatkozom, hogy a 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mai napon: 202________</w:t>
      </w:r>
      <w:r w:rsidR="00D20E4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__________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__és az ezt megelőző 48 órában gyermekemnél a következő tüneteket nem észleltem:</w:t>
      </w:r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 xml:space="preserve"> hőemelkedés, láz (37,5-től), torokfájás, nátha, köhögés, nehézlégzés, hányás, hasmenés, bőrkiütés, szemgyulladás (pirosság, </w:t>
      </w:r>
      <w:proofErr w:type="spellStart"/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váladékozás</w:t>
      </w:r>
      <w:proofErr w:type="spellEnd"/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), fülfájás/váladék ürülése a fülből.</w:t>
      </w:r>
    </w:p>
    <w:tbl>
      <w:tblPr>
        <w:tblW w:w="9360" w:type="dxa"/>
        <w:jc w:val="center"/>
        <w:tblBorders>
          <w:left w:val="single" w:sz="24" w:space="0" w:color="595959" w:themeColor="text1" w:themeTint="A6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E141D8" w:rsidRPr="006E76DE" w14:paraId="23310DBE" w14:textId="77777777" w:rsidTr="0048236B">
        <w:trPr>
          <w:jc w:val="center"/>
        </w:trPr>
        <w:tc>
          <w:tcPr>
            <w:tcW w:w="9360" w:type="dxa"/>
            <w:shd w:val="clear" w:color="auto" w:fill="F2F2F2" w:themeFill="background1" w:themeFillShade="F2"/>
          </w:tcPr>
          <w:p w14:paraId="286499A5" w14:textId="77777777" w:rsidR="00E141D8" w:rsidRPr="00D20E41" w:rsidRDefault="00E141D8" w:rsidP="00FB75F8">
            <w:pPr>
              <w:spacing w:before="60" w:after="0" w:line="240" w:lineRule="auto"/>
              <w:ind w:left="142" w:right="142"/>
              <w:jc w:val="both"/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</w:pPr>
            <w:r w:rsidRPr="00D20E41">
              <w:rPr>
                <w:rFonts w:ascii="Times New Roman" w:hAnsi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Megjegyzés: </w:t>
            </w:r>
            <w:r w:rsidRPr="00D20E41"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  <w:t>Tájékoztatjuk, hogy amennyiben gyermeke egészségi állapotára vonatkozóan, nyilatkozatától jelentősen eltérő tüneteket tapasztalnak bölcsődei szakembereink vagy a gyermek a bölcsődében betegszik meg, saját gyermeke és a csoportba járó gyermekek egészségének védelme érdekében a bölcsődének jogában áll megtagadni a gyermek bölcsődei ellátását és orvoshoz irányíthatják. Kérjük,</w:t>
            </w:r>
          </w:p>
          <w:p w14:paraId="36671872" w14:textId="77777777" w:rsidR="00E141D8" w:rsidRPr="00D20E41" w:rsidRDefault="00E141D8" w:rsidP="00FB75F8">
            <w:pPr>
              <w:spacing w:after="120" w:line="240" w:lineRule="auto"/>
              <w:ind w:left="142" w:right="142"/>
              <w:jc w:val="both"/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</w:pPr>
            <w:r w:rsidRPr="00D20E41"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  <w:t>hogy legalább 3 napig tartsa o</w:t>
            </w:r>
            <w:r w:rsidRPr="00D20E41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  <w:t>tt</w:t>
            </w:r>
            <w:r w:rsidRPr="00D20E41"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  <w:t>hon gyermekét. Ilyen esetben, csak orvosi igazolással jöhet újra bölcsődébe a gyermek.</w:t>
            </w:r>
          </w:p>
          <w:p w14:paraId="2C21AE86" w14:textId="77777777" w:rsidR="00E141D8" w:rsidRPr="00957023" w:rsidRDefault="00E141D8" w:rsidP="00FB75F8">
            <w:pPr>
              <w:spacing w:after="60" w:line="240" w:lineRule="auto"/>
              <w:ind w:left="142" w:right="142"/>
              <w:jc w:val="both"/>
              <w:rPr>
                <w:rFonts w:ascii="Times New Roman" w:hAnsi="Times New Roman" w:cs="Times New Roman"/>
                <w:b/>
                <w:i/>
                <w:iCs/>
                <w:color w:val="404040" w:themeColor="text1" w:themeTint="BF"/>
                <w:sz w:val="16"/>
                <w:szCs w:val="16"/>
              </w:rPr>
            </w:pPr>
            <w:r w:rsidRPr="00D20E41">
              <w:rPr>
                <w:rFonts w:ascii="Times New Roman" w:hAnsi="Times New Roman" w:cs="Times New Roman"/>
                <w:b/>
                <w:color w:val="404040" w:themeColor="text1" w:themeTint="BF"/>
                <w:sz w:val="16"/>
                <w:szCs w:val="16"/>
              </w:rPr>
              <w:t>Felhívjuk figyelmét, hogy amennyiben nem működik együtt a bölcsődei szakemberrel (kisgyermeknevelő, bölcsődevezető), veszélyeztetheti gyermeke egészségét, amely maradandó egészségkárosodást okozhat számára. Ezekben az esetekben az intézménynek joga és kötelessége azt jelezni a kerületi Gyermekvédelmi Központ felé.</w:t>
            </w:r>
          </w:p>
        </w:tc>
      </w:tr>
    </w:tbl>
    <w:p w14:paraId="2BE8FB4E" w14:textId="77777777" w:rsidR="00E141D8" w:rsidRDefault="00E141D8" w:rsidP="00E141D8">
      <w:pPr>
        <w:spacing w:after="0" w:line="120" w:lineRule="exact"/>
        <w:rPr>
          <w:rFonts w:ascii="Times New Roman" w:hAnsi="Times New Roman" w:cs="Times New Roman"/>
          <w:i/>
          <w:color w:val="404040" w:themeColor="text1" w:themeTint="BF"/>
          <w:sz w:val="18"/>
          <w:szCs w:val="18"/>
        </w:rPr>
      </w:pPr>
    </w:p>
    <w:tbl>
      <w:tblPr>
        <w:tblW w:w="9360" w:type="dxa"/>
        <w:jc w:val="center"/>
        <w:tblBorders>
          <w:left w:val="single" w:sz="24" w:space="0" w:color="595959" w:themeColor="text1" w:themeTint="A6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E141D8" w:rsidRPr="006E76DE" w14:paraId="55AA9C8E" w14:textId="77777777" w:rsidTr="0048236B">
        <w:trPr>
          <w:jc w:val="center"/>
        </w:trPr>
        <w:tc>
          <w:tcPr>
            <w:tcW w:w="9360" w:type="dxa"/>
            <w:shd w:val="clear" w:color="auto" w:fill="F2F2F2" w:themeFill="background1" w:themeFillShade="F2"/>
          </w:tcPr>
          <w:p w14:paraId="23FDAB8A" w14:textId="77777777" w:rsidR="00E141D8" w:rsidRPr="00B04BC8" w:rsidRDefault="00E141D8" w:rsidP="0048236B">
            <w:pPr>
              <w:spacing w:before="60" w:after="60" w:line="240" w:lineRule="auto"/>
              <w:ind w:left="142" w:right="142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B04BC8">
              <w:rPr>
                <w:rFonts w:ascii="Times New Roman" w:hAnsi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Adatkezelés: </w:t>
            </w:r>
            <w:r w:rsidRPr="00B04BC8"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  <w:t>A vonatkozó adatkezelési tájékoztatót elolvastam, és az abban foglaltakat tudomásul veszem</w:t>
            </w:r>
            <w:r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  <w:t>.</w:t>
            </w:r>
          </w:p>
        </w:tc>
      </w:tr>
    </w:tbl>
    <w:p w14:paraId="0D44E21C" w14:textId="77777777" w:rsidR="00E141D8" w:rsidRPr="00560D81" w:rsidRDefault="00E141D8" w:rsidP="00560D81">
      <w:pPr>
        <w:spacing w:before="240" w:after="240" w:line="240" w:lineRule="auto"/>
        <w:rPr>
          <w:rFonts w:ascii="Times New Roman" w:hAnsi="Times New Roman" w:cs="Times New Roman"/>
          <w:i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i/>
          <w:color w:val="404040" w:themeColor="text1" w:themeTint="BF"/>
          <w:sz w:val="16"/>
          <w:szCs w:val="16"/>
        </w:rPr>
        <w:t>Kelt: Budapest, 202____ év _______________ hó _____ nap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464"/>
        <w:gridCol w:w="4896"/>
      </w:tblGrid>
      <w:tr w:rsidR="00E141D8" w:rsidRPr="00560D81" w14:paraId="541FDEB1" w14:textId="77777777" w:rsidTr="0048236B">
        <w:trPr>
          <w:jc w:val="center"/>
        </w:trPr>
        <w:tc>
          <w:tcPr>
            <w:tcW w:w="4464" w:type="dxa"/>
          </w:tcPr>
          <w:p w14:paraId="26A2FC94" w14:textId="77777777" w:rsidR="00E141D8" w:rsidRPr="00560D81" w:rsidRDefault="00E141D8" w:rsidP="004823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___________________________</w:t>
            </w:r>
          </w:p>
        </w:tc>
        <w:tc>
          <w:tcPr>
            <w:tcW w:w="4896" w:type="dxa"/>
          </w:tcPr>
          <w:p w14:paraId="55C07A47" w14:textId="77777777" w:rsidR="00E141D8" w:rsidRPr="00560D81" w:rsidRDefault="00E141D8" w:rsidP="004823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___________________________</w:t>
            </w:r>
          </w:p>
        </w:tc>
      </w:tr>
      <w:tr w:rsidR="00E141D8" w:rsidRPr="00560D81" w14:paraId="35B0AE2D" w14:textId="77777777" w:rsidTr="0048236B">
        <w:trPr>
          <w:jc w:val="center"/>
        </w:trPr>
        <w:tc>
          <w:tcPr>
            <w:tcW w:w="4464" w:type="dxa"/>
          </w:tcPr>
          <w:p w14:paraId="08405119" w14:textId="595228E3" w:rsidR="00E141D8" w:rsidRPr="00560D81" w:rsidRDefault="00E141D8" w:rsidP="00FA35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szülő/törvényes képviselő</w:t>
            </w:r>
            <w:r w:rsidR="00FA356E"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 xml:space="preserve"> </w:t>
            </w: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(aláírás)</w:t>
            </w:r>
          </w:p>
        </w:tc>
        <w:tc>
          <w:tcPr>
            <w:tcW w:w="4896" w:type="dxa"/>
          </w:tcPr>
          <w:p w14:paraId="44601920" w14:textId="0AA2A9D7" w:rsidR="00E141D8" w:rsidRPr="00560D81" w:rsidRDefault="00E141D8" w:rsidP="00FA35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szülő/törvényes képviselő</w:t>
            </w:r>
            <w:r w:rsidR="00FE5503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 xml:space="preserve"> </w:t>
            </w: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(aláírás)</w:t>
            </w:r>
          </w:p>
        </w:tc>
      </w:tr>
    </w:tbl>
    <w:p w14:paraId="74F5DC68" w14:textId="3AF75B57" w:rsidR="00455FB2" w:rsidRPr="00560D81" w:rsidRDefault="006F25C8" w:rsidP="0065631A">
      <w:pPr>
        <w:spacing w:before="240" w:after="0" w:line="240" w:lineRule="auto"/>
        <w:jc w:val="center"/>
        <w:rPr>
          <w:rFonts w:ascii="Times New Roman" w:hAnsi="Times New Roman" w:cs="Times New Roman"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>1</w:t>
      </w:r>
      <w:r w:rsidR="001D57C1"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 xml:space="preserve">. sz. </w:t>
      </w:r>
      <w:r w:rsidR="00873458"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>nyilatkozat</w:t>
      </w:r>
      <w:r w:rsidR="001D57C1"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 xml:space="preserve"> | </w:t>
      </w:r>
      <w:r w:rsidR="00D20E4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>Bölcsődei jogviszony</w:t>
      </w:r>
      <w:r w:rsidR="003310B6">
        <w:rPr>
          <w:rFonts w:ascii="Times New Roman" w:hAnsi="Times New Roman" w:cs="Times New Roman"/>
          <w:color w:val="404040" w:themeColor="text1" w:themeTint="BF"/>
          <w:sz w:val="16"/>
          <w:szCs w:val="16"/>
        </w:rPr>
        <w:t xml:space="preserve"> </w:t>
      </w:r>
      <w:r w:rsidR="001D57C1"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>| Adatkezelési tájékoztató elérhetősége: papíralapon</w:t>
      </w:r>
      <w:r w:rsidR="00060EDB"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 xml:space="preserve"> </w:t>
      </w:r>
      <w:r w:rsidR="001D57C1"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>a bölcsődevezető</w:t>
      </w:r>
      <w:r w:rsidR="00060EDB"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>nél</w:t>
      </w:r>
      <w:r w:rsidR="001D57C1"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>,</w:t>
      </w:r>
    </w:p>
    <w:p w14:paraId="366D6346" w14:textId="77777777" w:rsidR="002D3062" w:rsidRPr="00560D81" w:rsidRDefault="001D57C1" w:rsidP="002D3062">
      <w:pPr>
        <w:spacing w:line="240" w:lineRule="auto"/>
        <w:jc w:val="center"/>
        <w:rPr>
          <w:rFonts w:ascii="Times New Roman" w:hAnsi="Times New Roman" w:cs="Times New Roman"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color w:val="404040" w:themeColor="text1" w:themeTint="BF"/>
          <w:sz w:val="16"/>
          <w:szCs w:val="16"/>
        </w:rPr>
        <w:t xml:space="preserve">elektronikusan itt található: </w:t>
      </w:r>
      <w:hyperlink r:id="rId8" w:history="1">
        <w:r w:rsidRPr="00560D81">
          <w:rPr>
            <w:rStyle w:val="Hiperhivatkozs"/>
            <w:rFonts w:ascii="Times New Roman" w:hAnsi="Times New Roman" w:cs="Times New Roman"/>
            <w:color w:val="404040" w:themeColor="text1" w:themeTint="BF"/>
            <w:sz w:val="16"/>
            <w:szCs w:val="16"/>
          </w:rPr>
          <w:t>https://rakosmentibolcsodek.hu/adatkezelesi-tajekoztatok/</w:t>
        </w:r>
      </w:hyperlink>
    </w:p>
    <w:p w14:paraId="54F1B2E8" w14:textId="09A48E1F" w:rsidR="00936CDE" w:rsidRPr="002D3062" w:rsidRDefault="00936CDE" w:rsidP="002D3062">
      <w:pPr>
        <w:spacing w:line="240" w:lineRule="auto"/>
        <w:ind w:left="-1418" w:right="-1418"/>
        <w:rPr>
          <w:rFonts w:ascii="Times New Roman" w:hAnsi="Times New Roman" w:cs="Times New Roman"/>
          <w:color w:val="404040" w:themeColor="text1" w:themeTint="BF"/>
          <w:sz w:val="16"/>
          <w:szCs w:val="16"/>
        </w:rPr>
      </w:pPr>
      <w:r w:rsidRPr="00AD64A5">
        <w:rPr>
          <w:rFonts w:ascii="Times New Roman" w:hAnsi="Times New Roman" w:cs="Times New Roman"/>
          <w:b/>
          <w:color w:val="A0AEC0"/>
          <w:sz w:val="12"/>
          <w:szCs w:val="12"/>
        </w:rPr>
        <w:t xml:space="preserve">- </w:t>
      </w:r>
      <w:r w:rsidRPr="00A6186B">
        <w:rPr>
          <w:rFonts w:ascii="Times New Roman" w:hAnsi="Times New Roman" w:cs="Times New Roman"/>
          <w:b/>
          <w:color w:val="595959" w:themeColor="text1" w:themeTint="A6"/>
          <w:sz w:val="12"/>
          <w:szCs w:val="12"/>
        </w:rPr>
        <w:t xml:space="preserve">- - - - - - - - - - - - - - </w:t>
      </w:r>
      <w:r w:rsidRPr="00A6186B">
        <w:rPr>
          <w:rFonts w:ascii="Segoe UI Symbol" w:hAnsi="Segoe UI Symbol" w:cs="Segoe UI Symbol"/>
          <w:b/>
          <w:color w:val="595959" w:themeColor="text1" w:themeTint="A6"/>
          <w:sz w:val="12"/>
          <w:szCs w:val="12"/>
        </w:rPr>
        <w:t>✂</w:t>
      </w:r>
      <w:r w:rsidRPr="00A6186B">
        <w:rPr>
          <w:rFonts w:ascii="Times New Roman" w:hAnsi="Times New Roman" w:cs="Times New Roman"/>
          <w:b/>
          <w:color w:val="595959" w:themeColor="text1" w:themeTint="A6"/>
          <w:sz w:val="12"/>
          <w:szCs w:val="12"/>
        </w:rPr>
        <w:t xml:space="preserve"> - - - VÁGÁS HELYE - - - </w:t>
      </w:r>
      <w:r w:rsidRPr="00A6186B">
        <w:rPr>
          <w:rFonts w:ascii="Segoe UI Symbol" w:hAnsi="Segoe UI Symbol" w:cs="Segoe UI Symbol"/>
          <w:b/>
          <w:color w:val="595959" w:themeColor="text1" w:themeTint="A6"/>
          <w:sz w:val="12"/>
          <w:szCs w:val="12"/>
        </w:rPr>
        <w:t>✂</w:t>
      </w:r>
      <w:r w:rsidRPr="00A6186B">
        <w:rPr>
          <w:rFonts w:ascii="Times New Roman" w:hAnsi="Times New Roman" w:cs="Times New Roman"/>
          <w:b/>
          <w:color w:val="595959" w:themeColor="text1" w:themeTint="A6"/>
          <w:sz w:val="12"/>
          <w:szCs w:val="12"/>
        </w:rPr>
        <w:t xml:space="preserve"> - - - - - - - - - - - - - - -- - - - - - - - - - - - - - - </w:t>
      </w:r>
      <w:r w:rsidRPr="00A6186B">
        <w:rPr>
          <w:rFonts w:ascii="Segoe UI Symbol" w:hAnsi="Segoe UI Symbol" w:cs="Segoe UI Symbol"/>
          <w:b/>
          <w:color w:val="595959" w:themeColor="text1" w:themeTint="A6"/>
          <w:sz w:val="12"/>
          <w:szCs w:val="12"/>
        </w:rPr>
        <w:t>✂</w:t>
      </w:r>
      <w:r w:rsidRPr="00A6186B">
        <w:rPr>
          <w:rFonts w:ascii="Times New Roman" w:hAnsi="Times New Roman" w:cs="Times New Roman"/>
          <w:b/>
          <w:color w:val="595959" w:themeColor="text1" w:themeTint="A6"/>
          <w:sz w:val="12"/>
          <w:szCs w:val="12"/>
        </w:rPr>
        <w:t xml:space="preserve"> - - - VÁGÁS HELYE - - - </w:t>
      </w:r>
      <w:r w:rsidRPr="00A6186B">
        <w:rPr>
          <w:rFonts w:ascii="Segoe UI Symbol" w:hAnsi="Segoe UI Symbol" w:cs="Segoe UI Symbol"/>
          <w:b/>
          <w:color w:val="595959" w:themeColor="text1" w:themeTint="A6"/>
          <w:sz w:val="12"/>
          <w:szCs w:val="12"/>
        </w:rPr>
        <w:t>✂</w:t>
      </w:r>
      <w:r w:rsidRPr="00A6186B">
        <w:rPr>
          <w:rFonts w:ascii="Times New Roman" w:hAnsi="Times New Roman" w:cs="Times New Roman"/>
          <w:b/>
          <w:color w:val="595959" w:themeColor="text1" w:themeTint="A6"/>
          <w:sz w:val="12"/>
          <w:szCs w:val="12"/>
        </w:rPr>
        <w:t xml:space="preserve"> - - - - - - - - - - - - - - -</w:t>
      </w:r>
      <w:r w:rsidR="002D3062" w:rsidRPr="00A6186B">
        <w:rPr>
          <w:rFonts w:ascii="Segoe UI Symbol" w:hAnsi="Segoe UI Symbol" w:cs="Segoe UI Symbol"/>
          <w:b/>
          <w:color w:val="595959" w:themeColor="text1" w:themeTint="A6"/>
          <w:sz w:val="12"/>
          <w:szCs w:val="12"/>
        </w:rPr>
        <w:t>✂</w:t>
      </w:r>
      <w:r w:rsidR="002D3062" w:rsidRPr="00A6186B">
        <w:rPr>
          <w:rFonts w:ascii="Times New Roman" w:hAnsi="Times New Roman" w:cs="Times New Roman"/>
          <w:b/>
          <w:color w:val="595959" w:themeColor="text1" w:themeTint="A6"/>
          <w:sz w:val="12"/>
          <w:szCs w:val="12"/>
        </w:rPr>
        <w:t xml:space="preserve"> - - - VÁGÁS HELYE - - - </w:t>
      </w:r>
      <w:r w:rsidR="002D3062" w:rsidRPr="00A6186B">
        <w:rPr>
          <w:rFonts w:ascii="Segoe UI Symbol" w:hAnsi="Segoe UI Symbol" w:cs="Segoe UI Symbol"/>
          <w:b/>
          <w:color w:val="595959" w:themeColor="text1" w:themeTint="A6"/>
          <w:sz w:val="12"/>
          <w:szCs w:val="12"/>
        </w:rPr>
        <w:t>✂</w:t>
      </w:r>
      <w:r w:rsidR="002D3062" w:rsidRPr="00A6186B">
        <w:rPr>
          <w:rFonts w:ascii="Times New Roman" w:hAnsi="Times New Roman" w:cs="Times New Roman"/>
          <w:b/>
          <w:color w:val="595959" w:themeColor="text1" w:themeTint="A6"/>
          <w:sz w:val="12"/>
          <w:szCs w:val="12"/>
        </w:rPr>
        <w:t xml:space="preserve"> - - - - - - - - - - - - - - -- VÁGÁS HELYE - - - </w:t>
      </w:r>
      <w:r w:rsidR="002D3062" w:rsidRPr="00A6186B">
        <w:rPr>
          <w:rFonts w:ascii="Segoe UI Symbol" w:hAnsi="Segoe UI Symbol" w:cs="Segoe UI Symbol"/>
          <w:b/>
          <w:color w:val="595959" w:themeColor="text1" w:themeTint="A6"/>
          <w:sz w:val="12"/>
          <w:szCs w:val="12"/>
        </w:rPr>
        <w:t>✂</w:t>
      </w:r>
      <w:r w:rsidR="002D3062" w:rsidRPr="00A6186B">
        <w:rPr>
          <w:rFonts w:ascii="Times New Roman" w:hAnsi="Times New Roman" w:cs="Times New Roman"/>
          <w:b/>
          <w:color w:val="595959" w:themeColor="text1" w:themeTint="A6"/>
          <w:sz w:val="12"/>
          <w:szCs w:val="12"/>
        </w:rPr>
        <w:t xml:space="preserve"> - - - - - - - - -- - - </w:t>
      </w:r>
    </w:p>
    <w:p w14:paraId="1E4C85F2" w14:textId="3F5C7509" w:rsidR="008C5F1B" w:rsidRPr="002F4518" w:rsidRDefault="008C5F1B" w:rsidP="002D3062">
      <w:pPr>
        <w:pStyle w:val="lfej"/>
        <w:pBdr>
          <w:bottom w:val="single" w:sz="8" w:space="4" w:color="595959" w:themeColor="text1" w:themeTint="A6"/>
        </w:pBdr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</w:pPr>
      <w:r w:rsidRPr="002F4518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Budapest Főváros XVII. ker. Rákosmente Önkormányzat</w:t>
      </w:r>
      <w:r w:rsidRPr="002F4518">
        <w:rPr>
          <w:rFonts w:ascii="Times New Roman" w:hAnsi="Times New Roman" w:cs="Times New Roman"/>
          <w:bCs/>
          <w:i/>
          <w:color w:val="404040" w:themeColor="text1" w:themeTint="BF"/>
          <w:sz w:val="16"/>
          <w:szCs w:val="16"/>
          <w:lang w:val="en-US"/>
        </w:rPr>
        <w:t xml:space="preserve"> </w:t>
      </w:r>
    </w:p>
    <w:p w14:paraId="41B58BF7" w14:textId="44E609B7" w:rsidR="008C5F1B" w:rsidRPr="002F4518" w:rsidRDefault="008C5F1B" w:rsidP="002D3062">
      <w:pPr>
        <w:pStyle w:val="lfej"/>
        <w:pBdr>
          <w:bottom w:val="single" w:sz="8" w:space="4" w:color="595959" w:themeColor="text1" w:themeTint="A6"/>
        </w:pBdr>
        <w:rPr>
          <w:rFonts w:ascii="Times New Roman" w:hAnsi="Times New Roman" w:cs="Times New Roman"/>
          <w:color w:val="404040" w:themeColor="text1" w:themeTint="BF"/>
          <w:sz w:val="16"/>
          <w:szCs w:val="16"/>
        </w:rPr>
      </w:pPr>
      <w:r w:rsidRPr="002F4518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Rákosmenti Egyesített Bölcsődék</w:t>
      </w:r>
      <w:r w:rsidRPr="002F4518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br/>
      </w:r>
      <w:r w:rsidRPr="002F4518">
        <w:rPr>
          <w:rFonts w:ascii="Times New Roman" w:hAnsi="Times New Roman" w:cs="Times New Roman"/>
          <w:color w:val="404040" w:themeColor="text1" w:themeTint="BF"/>
          <w:sz w:val="16"/>
          <w:szCs w:val="16"/>
        </w:rPr>
        <w:t>Székhely: 1173 Budapest, Kaszáló u. 50. | Telefon: +36 1 200-4622</w:t>
      </w:r>
      <w:r w:rsidRPr="002F4518">
        <w:rPr>
          <w:rFonts w:ascii="Times New Roman" w:hAnsi="Times New Roman" w:cs="Times New Roman"/>
          <w:color w:val="404040" w:themeColor="text1" w:themeTint="BF"/>
          <w:sz w:val="16"/>
          <w:szCs w:val="16"/>
        </w:rPr>
        <w:br/>
        <w:t>E-mail: kozpont@rakosmentibolcsodek.hu | Web: www.rakosmentibolcsodek.hu</w:t>
      </w:r>
    </w:p>
    <w:p w14:paraId="5A98ACFA" w14:textId="689C2C24" w:rsidR="00560D81" w:rsidRPr="004A14FE" w:rsidRDefault="00560D81" w:rsidP="00560D81">
      <w:pPr>
        <w:spacing w:before="120" w:after="0" w:line="240" w:lineRule="auto"/>
        <w:ind w:left="360"/>
        <w:jc w:val="center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  <w:r w:rsidRPr="004A14FE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1. sz.</w:t>
      </w:r>
    </w:p>
    <w:p w14:paraId="70D9C88A" w14:textId="3D10EEF6" w:rsidR="00E141D8" w:rsidRPr="00455FB2" w:rsidRDefault="00E141D8" w:rsidP="00560D81">
      <w:pPr>
        <w:spacing w:after="0" w:line="240" w:lineRule="auto"/>
        <w:jc w:val="center"/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</w:pPr>
      <w:r>
        <w:rPr>
          <w:rFonts w:ascii="Times New Roman" w:hAnsi="Times New Roman" w:cs="Times New Roman"/>
          <w:b/>
          <w:color w:val="404040" w:themeColor="text1" w:themeTint="BF"/>
          <w:sz w:val="24"/>
          <w:szCs w:val="24"/>
        </w:rPr>
        <w:t>Nyilatkozat</w:t>
      </w:r>
    </w:p>
    <w:p w14:paraId="6DEF3D75" w14:textId="76CF3AA8" w:rsidR="00E141D8" w:rsidRPr="00FE5503" w:rsidRDefault="00E141D8" w:rsidP="00E141D8">
      <w:pPr>
        <w:spacing w:after="120" w:line="240" w:lineRule="auto"/>
        <w:jc w:val="center"/>
        <w:rPr>
          <w:rFonts w:ascii="Times New Roman" w:hAnsi="Times New Roman" w:cs="Times New Roman"/>
          <w:bCs/>
          <w:color w:val="404040" w:themeColor="text1" w:themeTint="BF"/>
          <w:sz w:val="18"/>
          <w:szCs w:val="18"/>
        </w:rPr>
      </w:pPr>
      <w:r w:rsidRPr="00FE5503">
        <w:rPr>
          <w:rFonts w:ascii="Times New Roman" w:hAnsi="Times New Roman" w:cs="Times New Roman"/>
          <w:bCs/>
          <w:color w:val="404040" w:themeColor="text1" w:themeTint="BF"/>
          <w:sz w:val="18"/>
          <w:szCs w:val="18"/>
        </w:rPr>
        <w:t>Gyermek egészségi állapotáról, közösségben való megjelenéshez</w:t>
      </w:r>
      <w:r w:rsidR="00517369" w:rsidRPr="00FE5503">
        <w:rPr>
          <w:rFonts w:ascii="Times New Roman" w:hAnsi="Times New Roman" w:cs="Times New Roman"/>
          <w:bCs/>
          <w:color w:val="404040" w:themeColor="text1" w:themeTint="BF"/>
          <w:sz w:val="18"/>
          <w:szCs w:val="18"/>
        </w:rPr>
        <w:t>.</w:t>
      </w:r>
    </w:p>
    <w:p w14:paraId="0E159DEE" w14:textId="77777777" w:rsidR="00E141D8" w:rsidRPr="00560D81" w:rsidRDefault="00E141D8" w:rsidP="00E141D8">
      <w:pPr>
        <w:spacing w:after="0" w:line="240" w:lineRule="auto"/>
        <w:rPr>
          <w:rFonts w:ascii="Times New Roman" w:hAnsi="Times New Roman" w:cs="Times New Roman"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Adatok:</w:t>
      </w:r>
    </w:p>
    <w:p w14:paraId="7F2BA47B" w14:textId="6045778E" w:rsidR="00E141D8" w:rsidRPr="00560D81" w:rsidRDefault="00E141D8" w:rsidP="00E141D8">
      <w:pPr>
        <w:tabs>
          <w:tab w:val="left" w:pos="142"/>
        </w:tabs>
        <w:spacing w:after="120" w:line="240" w:lineRule="auto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Szülő/törv</w:t>
      </w:r>
      <w:r w:rsidR="00361A8D"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ényes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 képv</w:t>
      </w:r>
      <w:r w:rsidR="00361A8D"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iselő 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neve: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ab/>
        <w:t>________________________</w:t>
      </w:r>
      <w:r w:rsidR="00FB75F8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___________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_______________</w:t>
      </w:r>
    </w:p>
    <w:p w14:paraId="6E5860A4" w14:textId="6B089F65" w:rsidR="00E141D8" w:rsidRPr="00560D81" w:rsidRDefault="00FB75F8" w:rsidP="00E141D8">
      <w:pPr>
        <w:tabs>
          <w:tab w:val="left" w:pos="142"/>
        </w:tabs>
        <w:spacing w:after="120" w:line="240" w:lineRule="auto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Gyermek neve</w:t>
      </w:r>
      <w:r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: </w:t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__________________________________________</w:t>
      </w:r>
      <w:r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</w:t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____________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 xml:space="preserve"> születési ideje: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ab/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</w:t>
      </w:r>
      <w:r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_____________</w:t>
      </w:r>
      <w:r w:rsidRPr="00D20E4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_____</w:t>
      </w:r>
    </w:p>
    <w:p w14:paraId="4F8061B9" w14:textId="77777777" w:rsidR="00E141D8" w:rsidRPr="00560D81" w:rsidRDefault="00E141D8" w:rsidP="00E141D8">
      <w:pPr>
        <w:spacing w:after="0" w:line="240" w:lineRule="auto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Nyilatkozattétel:</w:t>
      </w:r>
    </w:p>
    <w:p w14:paraId="0B31D0A6" w14:textId="77777777" w:rsidR="00E141D8" w:rsidRPr="00560D81" w:rsidRDefault="00E141D8" w:rsidP="00E141D8">
      <w:pPr>
        <w:spacing w:after="60" w:line="240" w:lineRule="auto"/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 xml:space="preserve">Alulírott szülő/törvényes képviselő nyilatkozom, hogy a 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mai napon: 202__________és az ezt megelőző 48 órában gyermekemnél</w:t>
      </w:r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 xml:space="preserve"> </w:t>
      </w:r>
      <w:r w:rsidRPr="00560D81"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  <w:t>a következő tüneteket nem észleltem</w:t>
      </w:r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 xml:space="preserve">: hőemelkedés, láz (37,5-től), torokfájás, nátha, köhögés, nehézlégzés, hányás, hasmenés, bőrkiütés, szemgyulladás (pirosság, </w:t>
      </w:r>
      <w:proofErr w:type="spellStart"/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váladékozás</w:t>
      </w:r>
      <w:proofErr w:type="spellEnd"/>
      <w:r w:rsidRPr="00560D81"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  <w:t>), fülfájás/váladék ürülése a fülből.</w:t>
      </w:r>
    </w:p>
    <w:tbl>
      <w:tblPr>
        <w:tblW w:w="9360" w:type="dxa"/>
        <w:jc w:val="center"/>
        <w:tblBorders>
          <w:left w:val="single" w:sz="24" w:space="0" w:color="595959" w:themeColor="text1" w:themeTint="A6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E141D8" w:rsidRPr="006E76DE" w14:paraId="2B3AB773" w14:textId="77777777" w:rsidTr="0048236B">
        <w:trPr>
          <w:jc w:val="center"/>
        </w:trPr>
        <w:tc>
          <w:tcPr>
            <w:tcW w:w="9360" w:type="dxa"/>
            <w:shd w:val="clear" w:color="auto" w:fill="F2F2F2" w:themeFill="background1" w:themeFillShade="F2"/>
          </w:tcPr>
          <w:p w14:paraId="111E2D00" w14:textId="77777777" w:rsidR="00E141D8" w:rsidRPr="00893F7D" w:rsidRDefault="00E141D8" w:rsidP="00FB75F8">
            <w:pPr>
              <w:spacing w:before="60" w:after="0" w:line="240" w:lineRule="auto"/>
              <w:ind w:left="142" w:right="142"/>
              <w:jc w:val="both"/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404040" w:themeColor="text1" w:themeTint="BF"/>
                <w:sz w:val="16"/>
                <w:szCs w:val="16"/>
              </w:rPr>
              <w:t>Megjegyzés</w:t>
            </w:r>
            <w:r w:rsidRPr="00B04BC8">
              <w:rPr>
                <w:rFonts w:ascii="Times New Roman" w:hAnsi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: </w:t>
            </w:r>
            <w:r w:rsidRPr="00893F7D"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  <w:t>Tájékoztatjuk, hogy amennyiben gyermeke egészségi állapotára vonatkozóan, nyilatkozatától jelentősen eltérő tüneteket tapasztalnak bölcsődei szakembereink vagy a gyermek a bölcsődében betegszik meg, saját gyermeke és a csoportba járó gyermekek egészségének védelme érdekében a bölcsődének jogában áll megtagadni a gyermek bölcsődei ellátását és orvoshoz irányíthatják. Kérjük,</w:t>
            </w:r>
          </w:p>
          <w:p w14:paraId="4DB1116C" w14:textId="77777777" w:rsidR="00E141D8" w:rsidRPr="00893F7D" w:rsidRDefault="00E141D8" w:rsidP="00FB75F8">
            <w:pPr>
              <w:spacing w:after="120" w:line="240" w:lineRule="auto"/>
              <w:ind w:left="142" w:right="142"/>
              <w:jc w:val="both"/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</w:pPr>
            <w:r w:rsidRPr="00893F7D"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  <w:t>hogy legalább 3 napig tartsa o</w:t>
            </w:r>
            <w:r w:rsidRPr="00893F7D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  <w:t>tt</w:t>
            </w:r>
            <w:r w:rsidRPr="00893F7D">
              <w:rPr>
                <w:rFonts w:ascii="Times New Roman" w:hAnsi="Times New Roman" w:cs="Times New Roman"/>
                <w:bCs/>
                <w:color w:val="404040" w:themeColor="text1" w:themeTint="BF"/>
                <w:sz w:val="16"/>
                <w:szCs w:val="16"/>
              </w:rPr>
              <w:t>hon gyermekét. Ilyen esetben, csak orvosi igazolással jöhet újra bölcsődébe a gyermek.</w:t>
            </w:r>
          </w:p>
          <w:p w14:paraId="1CF62D76" w14:textId="77777777" w:rsidR="00E141D8" w:rsidRPr="00957023" w:rsidRDefault="00E141D8" w:rsidP="00FB75F8">
            <w:pPr>
              <w:spacing w:after="60" w:line="240" w:lineRule="auto"/>
              <w:ind w:left="142" w:right="142"/>
              <w:jc w:val="both"/>
              <w:rPr>
                <w:rFonts w:ascii="Times New Roman" w:hAnsi="Times New Roman" w:cs="Times New Roman"/>
                <w:b/>
                <w:i/>
                <w:iCs/>
                <w:color w:val="404040" w:themeColor="text1" w:themeTint="BF"/>
                <w:sz w:val="16"/>
                <w:szCs w:val="16"/>
              </w:rPr>
            </w:pPr>
            <w:r w:rsidRPr="00893F7D">
              <w:rPr>
                <w:rFonts w:ascii="Times New Roman" w:hAnsi="Times New Roman" w:cs="Times New Roman"/>
                <w:b/>
                <w:color w:val="404040" w:themeColor="text1" w:themeTint="BF"/>
                <w:sz w:val="16"/>
                <w:szCs w:val="16"/>
              </w:rPr>
              <w:t>Felhívjuk figyelmét, hogy amennyiben nem működik együtt a bölcsődei szakemberrel (kisgyermeknevelő, bölcsődevezető), veszélyeztetheti gyermeke egészségét, amely maradandó egészségkárosodást okozhat számára. Ezekben az esetekben az intézménynek joga és kötelessége azt jelezni a kerületi Gyermekvédelmi Központ felé.</w:t>
            </w:r>
          </w:p>
        </w:tc>
      </w:tr>
    </w:tbl>
    <w:p w14:paraId="069C775F" w14:textId="77777777" w:rsidR="00E141D8" w:rsidRDefault="00E141D8" w:rsidP="00E141D8">
      <w:pPr>
        <w:spacing w:after="0" w:line="120" w:lineRule="exact"/>
        <w:rPr>
          <w:rFonts w:ascii="Times New Roman" w:hAnsi="Times New Roman" w:cs="Times New Roman"/>
          <w:i/>
          <w:color w:val="404040" w:themeColor="text1" w:themeTint="BF"/>
          <w:sz w:val="18"/>
          <w:szCs w:val="18"/>
        </w:rPr>
      </w:pPr>
    </w:p>
    <w:tbl>
      <w:tblPr>
        <w:tblW w:w="9360" w:type="dxa"/>
        <w:jc w:val="center"/>
        <w:tblBorders>
          <w:left w:val="single" w:sz="24" w:space="0" w:color="595959" w:themeColor="text1" w:themeTint="A6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E141D8" w:rsidRPr="006E76DE" w14:paraId="6EB759C6" w14:textId="77777777" w:rsidTr="0048236B">
        <w:trPr>
          <w:jc w:val="center"/>
        </w:trPr>
        <w:tc>
          <w:tcPr>
            <w:tcW w:w="9360" w:type="dxa"/>
            <w:shd w:val="clear" w:color="auto" w:fill="F2F2F2" w:themeFill="background1" w:themeFillShade="F2"/>
          </w:tcPr>
          <w:p w14:paraId="3B9C1AA7" w14:textId="77777777" w:rsidR="00E141D8" w:rsidRPr="00B04BC8" w:rsidRDefault="00E141D8" w:rsidP="0048236B">
            <w:pPr>
              <w:spacing w:before="60" w:after="60" w:line="240" w:lineRule="auto"/>
              <w:ind w:left="142" w:right="142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B04BC8">
              <w:rPr>
                <w:rFonts w:ascii="Times New Roman" w:hAnsi="Times New Roman" w:cs="Times New Roman"/>
                <w:b/>
                <w:color w:val="404040" w:themeColor="text1" w:themeTint="BF"/>
                <w:sz w:val="16"/>
                <w:szCs w:val="16"/>
              </w:rPr>
              <w:t xml:space="preserve">Adatkezelés: </w:t>
            </w:r>
            <w:r w:rsidRPr="00B04BC8"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  <w:t>A vonatkozó adatkezelési tájékoztatót elolvastam, és az abban foglaltakat tudomásul veszem</w:t>
            </w:r>
            <w:r>
              <w:rPr>
                <w:rFonts w:ascii="Times New Roman" w:hAnsi="Times New Roman" w:cs="Times New Roman"/>
                <w:i/>
                <w:color w:val="404040" w:themeColor="text1" w:themeTint="BF"/>
                <w:sz w:val="16"/>
                <w:szCs w:val="16"/>
              </w:rPr>
              <w:t>.</w:t>
            </w:r>
          </w:p>
        </w:tc>
      </w:tr>
    </w:tbl>
    <w:p w14:paraId="0AFBEA5B" w14:textId="77777777" w:rsidR="00E141D8" w:rsidRPr="00560D81" w:rsidRDefault="00E141D8" w:rsidP="00560D81">
      <w:pPr>
        <w:spacing w:before="240" w:after="240" w:line="240" w:lineRule="auto"/>
        <w:rPr>
          <w:rFonts w:ascii="Times New Roman" w:hAnsi="Times New Roman" w:cs="Times New Roman"/>
          <w:i/>
          <w:color w:val="404040" w:themeColor="text1" w:themeTint="BF"/>
          <w:sz w:val="16"/>
          <w:szCs w:val="16"/>
        </w:rPr>
      </w:pPr>
      <w:r w:rsidRPr="00560D81">
        <w:rPr>
          <w:rFonts w:ascii="Times New Roman" w:hAnsi="Times New Roman" w:cs="Times New Roman"/>
          <w:i/>
          <w:color w:val="404040" w:themeColor="text1" w:themeTint="BF"/>
          <w:sz w:val="16"/>
          <w:szCs w:val="16"/>
        </w:rPr>
        <w:t>Kelt: Budapest, 202____ év _______________ hó _____ nap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464"/>
        <w:gridCol w:w="4896"/>
      </w:tblGrid>
      <w:tr w:rsidR="00E141D8" w:rsidRPr="00560D81" w14:paraId="78A8FDA9" w14:textId="77777777" w:rsidTr="0048236B">
        <w:trPr>
          <w:jc w:val="center"/>
        </w:trPr>
        <w:tc>
          <w:tcPr>
            <w:tcW w:w="4464" w:type="dxa"/>
          </w:tcPr>
          <w:p w14:paraId="7D5A6E69" w14:textId="77777777" w:rsidR="00E141D8" w:rsidRPr="00560D81" w:rsidRDefault="00E141D8" w:rsidP="004823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___________________________</w:t>
            </w:r>
          </w:p>
        </w:tc>
        <w:tc>
          <w:tcPr>
            <w:tcW w:w="4896" w:type="dxa"/>
          </w:tcPr>
          <w:p w14:paraId="114AABAE" w14:textId="77777777" w:rsidR="00E141D8" w:rsidRPr="00560D81" w:rsidRDefault="00E141D8" w:rsidP="004823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___________________________</w:t>
            </w:r>
          </w:p>
        </w:tc>
      </w:tr>
      <w:tr w:rsidR="00E141D8" w:rsidRPr="00560D81" w14:paraId="6E721B68" w14:textId="77777777" w:rsidTr="0048236B">
        <w:trPr>
          <w:jc w:val="center"/>
        </w:trPr>
        <w:tc>
          <w:tcPr>
            <w:tcW w:w="4464" w:type="dxa"/>
          </w:tcPr>
          <w:p w14:paraId="6A583139" w14:textId="14BFE61C" w:rsidR="00E141D8" w:rsidRPr="00560D81" w:rsidRDefault="00E141D8" w:rsidP="00FA35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szülő/törvényes képviselő (aláírás)</w:t>
            </w:r>
          </w:p>
        </w:tc>
        <w:tc>
          <w:tcPr>
            <w:tcW w:w="4896" w:type="dxa"/>
          </w:tcPr>
          <w:p w14:paraId="4A3BAD3F" w14:textId="41C531A6" w:rsidR="00E141D8" w:rsidRPr="00560D81" w:rsidRDefault="00E141D8" w:rsidP="00FA35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szülő/törvényes képviselő</w:t>
            </w:r>
            <w:r w:rsidR="00FA356E"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 xml:space="preserve"> (</w:t>
            </w:r>
            <w:r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aláí</w:t>
            </w:r>
            <w:r w:rsidR="00FA356E" w:rsidRPr="00560D81"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  <w:t>rás)</w:t>
            </w:r>
          </w:p>
        </w:tc>
      </w:tr>
    </w:tbl>
    <w:p w14:paraId="761D95C6" w14:textId="77777777" w:rsidR="00936CDE" w:rsidRPr="00560D81" w:rsidRDefault="00936CDE" w:rsidP="004B5E3A">
      <w:pPr>
        <w:pStyle w:val="lfej"/>
        <w:spacing w:line="20" w:lineRule="exact"/>
        <w:rPr>
          <w:rFonts w:ascii="Times New Roman" w:hAnsi="Times New Roman" w:cs="Times New Roman"/>
          <w:bCs/>
          <w:color w:val="404040" w:themeColor="text1" w:themeTint="BF"/>
          <w:sz w:val="16"/>
          <w:szCs w:val="16"/>
        </w:rPr>
      </w:pPr>
    </w:p>
    <w:sectPr w:rsidR="00936CDE" w:rsidRPr="00560D81" w:rsidSect="002D3062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1FB84" w14:textId="77777777" w:rsidR="005D3BB7" w:rsidRPr="006832FD" w:rsidRDefault="005D3BB7">
      <w:pPr>
        <w:spacing w:after="0" w:line="240" w:lineRule="auto"/>
      </w:pPr>
      <w:r w:rsidRPr="006832FD">
        <w:separator/>
      </w:r>
    </w:p>
  </w:endnote>
  <w:endnote w:type="continuationSeparator" w:id="0">
    <w:p w14:paraId="28F75222" w14:textId="77777777" w:rsidR="005D3BB7" w:rsidRPr="006832FD" w:rsidRDefault="005D3BB7">
      <w:pPr>
        <w:spacing w:after="0" w:line="240" w:lineRule="auto"/>
      </w:pPr>
      <w:r w:rsidRPr="006832F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FFDFA" w14:textId="3D49271A" w:rsidR="009634FC" w:rsidRDefault="006F25C8" w:rsidP="00CC03E2">
    <w:pPr>
      <w:pStyle w:val="llb"/>
      <w:ind w:left="360"/>
      <w:jc w:val="center"/>
      <w:rPr>
        <w:rFonts w:ascii="Times New Roman" w:hAnsi="Times New Roman" w:cs="Times New Roman"/>
        <w:color w:val="404040" w:themeColor="text1" w:themeTint="BF"/>
        <w:sz w:val="16"/>
        <w:szCs w:val="16"/>
      </w:rPr>
    </w:pPr>
    <w:r>
      <w:rPr>
        <w:rFonts w:ascii="Times New Roman" w:hAnsi="Times New Roman" w:cs="Times New Roman"/>
        <w:color w:val="404040" w:themeColor="text1" w:themeTint="BF"/>
        <w:sz w:val="16"/>
        <w:szCs w:val="16"/>
      </w:rPr>
      <w:t>1</w:t>
    </w:r>
    <w:r w:rsidR="00CC03E2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>. sz. nyilatkozat</w:t>
    </w:r>
    <w:r w:rsidR="001D57C1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|</w:t>
    </w:r>
    <w:r w:rsidR="00D20E41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Bölcsődei</w:t>
    </w:r>
    <w:r w:rsidR="001D57C1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  <w:r w:rsidR="00D20E41">
      <w:rPr>
        <w:rFonts w:ascii="Times New Roman" w:hAnsi="Times New Roman" w:cs="Times New Roman"/>
        <w:color w:val="404040" w:themeColor="text1" w:themeTint="BF"/>
        <w:sz w:val="16"/>
        <w:szCs w:val="16"/>
      </w:rPr>
      <w:t>j</w:t>
    </w:r>
    <w:r w:rsidR="00CC03E2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>ogviszony</w:t>
    </w:r>
    <w:r w:rsidR="00D20E41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  <w:r w:rsidR="00CC03E2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>| Adatkezelési tájékoztató</w:t>
    </w:r>
    <w:r w:rsidR="00A76DD9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elérhetősége</w:t>
    </w:r>
    <w:r w:rsidR="00CC03E2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: </w:t>
    </w:r>
    <w:r w:rsidR="00CE1A7D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>papíralapon a bölcsődevezető</w:t>
    </w:r>
    <w:r w:rsidR="00060EDB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>nél</w:t>
    </w:r>
    <w:r w:rsidR="00A76DD9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>,</w:t>
    </w:r>
    <w:r w:rsidR="00CE1A7D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</w:p>
  <w:p w14:paraId="1D485118" w14:textId="5BCCDD9C" w:rsidR="00A76DD9" w:rsidRPr="00B13A0E" w:rsidRDefault="00CE1A7D" w:rsidP="00B13A0E">
    <w:pPr>
      <w:pStyle w:val="llb"/>
      <w:ind w:left="360"/>
      <w:jc w:val="center"/>
      <w:rPr>
        <w:rFonts w:ascii="Times New Roman" w:hAnsi="Times New Roman" w:cs="Times New Roman"/>
        <w:color w:val="404040" w:themeColor="text1" w:themeTint="BF"/>
        <w:sz w:val="16"/>
        <w:szCs w:val="16"/>
      </w:rPr>
    </w:pPr>
    <w:r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>elektronikusan</w:t>
    </w:r>
    <w:r w:rsidR="00A76DD9"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itt található:</w:t>
    </w:r>
    <w:r w:rsidRPr="002F4518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  <w:hyperlink r:id="rId1" w:history="1">
      <w:r w:rsidR="00A76DD9" w:rsidRPr="002F4518">
        <w:rPr>
          <w:rStyle w:val="Hiperhivatkozs"/>
          <w:rFonts w:ascii="Times New Roman" w:hAnsi="Times New Roman" w:cs="Times New Roman"/>
          <w:color w:val="404040" w:themeColor="text1" w:themeTint="BF"/>
          <w:sz w:val="16"/>
          <w:szCs w:val="16"/>
        </w:rPr>
        <w:t>https://rakosmentibolcsodek.hu/adatkezelesi-tajekoztatok/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7C5CD" w14:textId="77777777" w:rsidR="005D3BB7" w:rsidRPr="006832FD" w:rsidRDefault="005D3BB7">
      <w:pPr>
        <w:spacing w:after="0" w:line="240" w:lineRule="auto"/>
      </w:pPr>
      <w:r w:rsidRPr="006832FD">
        <w:separator/>
      </w:r>
    </w:p>
  </w:footnote>
  <w:footnote w:type="continuationSeparator" w:id="0">
    <w:p w14:paraId="0B44BA8F" w14:textId="77777777" w:rsidR="005D3BB7" w:rsidRPr="006832FD" w:rsidRDefault="005D3BB7">
      <w:pPr>
        <w:spacing w:after="0" w:line="240" w:lineRule="auto"/>
      </w:pPr>
      <w:r w:rsidRPr="006832F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8026" w14:textId="27F5DF0B" w:rsidR="00661053" w:rsidRPr="008207BF" w:rsidRDefault="00661053" w:rsidP="002D3062">
    <w:pPr>
      <w:pStyle w:val="lfej"/>
      <w:pBdr>
        <w:bottom w:val="single" w:sz="8" w:space="4" w:color="595959" w:themeColor="text1" w:themeTint="A6"/>
      </w:pBdr>
      <w:rPr>
        <w:rFonts w:ascii="Times New Roman" w:hAnsi="Times New Roman" w:cs="Times New Roman"/>
        <w:bCs/>
        <w:color w:val="404040" w:themeColor="text1" w:themeTint="BF"/>
        <w:sz w:val="16"/>
        <w:szCs w:val="16"/>
      </w:rPr>
    </w:pPr>
    <w:r w:rsidRPr="008207BF">
      <w:rPr>
        <w:rFonts w:ascii="Times New Roman" w:hAnsi="Times New Roman" w:cs="Times New Roman"/>
        <w:bCs/>
        <w:color w:val="404040" w:themeColor="text1" w:themeTint="BF"/>
        <w:sz w:val="16"/>
        <w:szCs w:val="16"/>
      </w:rPr>
      <w:t>Budapest Főváros XVII. ker. Rákosmente Önkormányzat</w:t>
    </w:r>
    <w:r w:rsidR="00374B41" w:rsidRPr="008207BF">
      <w:rPr>
        <w:rFonts w:ascii="Times New Roman" w:hAnsi="Times New Roman" w:cs="Times New Roman"/>
        <w:bCs/>
        <w:i/>
        <w:color w:val="404040" w:themeColor="text1" w:themeTint="BF"/>
        <w:sz w:val="16"/>
        <w:szCs w:val="16"/>
        <w:lang w:val="en-US"/>
      </w:rPr>
      <w:t xml:space="preserve"> </w:t>
    </w:r>
  </w:p>
  <w:p w14:paraId="1D1AD636" w14:textId="051659DD" w:rsidR="00751253" w:rsidRPr="008207BF" w:rsidRDefault="00661053" w:rsidP="002D3062">
    <w:pPr>
      <w:pStyle w:val="lfej"/>
      <w:pBdr>
        <w:bottom w:val="single" w:sz="8" w:space="4" w:color="595959" w:themeColor="text1" w:themeTint="A6"/>
      </w:pBdr>
      <w:rPr>
        <w:rFonts w:ascii="Times New Roman" w:hAnsi="Times New Roman" w:cs="Times New Roman"/>
        <w:color w:val="404040" w:themeColor="text1" w:themeTint="BF"/>
        <w:sz w:val="16"/>
        <w:szCs w:val="16"/>
      </w:rPr>
    </w:pPr>
    <w:r w:rsidRPr="008207BF">
      <w:rPr>
        <w:rFonts w:ascii="Times New Roman" w:hAnsi="Times New Roman" w:cs="Times New Roman"/>
        <w:b/>
        <w:color w:val="404040" w:themeColor="text1" w:themeTint="BF"/>
        <w:sz w:val="16"/>
        <w:szCs w:val="16"/>
      </w:rPr>
      <w:t>Rákosmenti Egyesített Bölcsődék</w:t>
    </w:r>
    <w:r w:rsidRPr="008207BF">
      <w:rPr>
        <w:rFonts w:ascii="Times New Roman" w:hAnsi="Times New Roman" w:cs="Times New Roman"/>
        <w:b/>
        <w:color w:val="404040" w:themeColor="text1" w:themeTint="BF"/>
        <w:sz w:val="16"/>
        <w:szCs w:val="16"/>
      </w:rPr>
      <w:br/>
    </w:r>
    <w:r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Székhely: </w:t>
    </w:r>
    <w:r w:rsidR="003E633E"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t>1173</w:t>
    </w:r>
    <w:r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Budapest, </w:t>
    </w:r>
    <w:r w:rsidR="003E633E"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t>Kaszáló u. 50.</w:t>
    </w:r>
    <w:r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| Telefon: +36 1 </w:t>
    </w:r>
    <w:r w:rsidR="003E633E"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t>200-4622</w:t>
    </w:r>
    <w:r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br/>
      <w:t>E-mail: k</w:t>
    </w:r>
    <w:r w:rsidR="00817863"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t>ozp</w:t>
    </w:r>
    <w:r w:rsidRPr="008207BF">
      <w:rPr>
        <w:rFonts w:ascii="Times New Roman" w:hAnsi="Times New Roman" w:cs="Times New Roman"/>
        <w:color w:val="404040" w:themeColor="text1" w:themeTint="BF"/>
        <w:sz w:val="16"/>
        <w:szCs w:val="16"/>
      </w:rPr>
      <w:t>ont@rakosmentibolcsodek.hu | Web: www.rakosmentibolcsodek.hu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8F10D8"/>
    <w:multiLevelType w:val="hybridMultilevel"/>
    <w:tmpl w:val="F60AA72C"/>
    <w:lvl w:ilvl="0" w:tplc="115C7D64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0" w15:restartNumberingAfterBreak="0">
    <w:nsid w:val="17776A30"/>
    <w:multiLevelType w:val="hybridMultilevel"/>
    <w:tmpl w:val="412463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0027B"/>
    <w:multiLevelType w:val="hybridMultilevel"/>
    <w:tmpl w:val="99AC02FA"/>
    <w:lvl w:ilvl="0" w:tplc="67EA1B3E">
      <w:start w:val="1"/>
      <w:numFmt w:val="decimal"/>
      <w:lvlText w:val="%1."/>
      <w:lvlJc w:val="left"/>
      <w:pPr>
        <w:ind w:left="720" w:hanging="360"/>
      </w:pPr>
      <w:rPr>
        <w:rFonts w:hint="default"/>
        <w:sz w:val="17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566B0"/>
    <w:multiLevelType w:val="hybridMultilevel"/>
    <w:tmpl w:val="453C647E"/>
    <w:lvl w:ilvl="0" w:tplc="256645E8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22B3752"/>
    <w:multiLevelType w:val="hybridMultilevel"/>
    <w:tmpl w:val="B1046D10"/>
    <w:lvl w:ilvl="0" w:tplc="E86C1DAC">
      <w:start w:val="1"/>
      <w:numFmt w:val="decimal"/>
      <w:lvlText w:val="%1."/>
      <w:lvlJc w:val="left"/>
      <w:pPr>
        <w:ind w:left="720" w:hanging="360"/>
      </w:pPr>
      <w:rPr>
        <w:rFonts w:hint="default"/>
        <w:sz w:val="17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A66F2"/>
    <w:multiLevelType w:val="hybridMultilevel"/>
    <w:tmpl w:val="DD4E9300"/>
    <w:lvl w:ilvl="0" w:tplc="03E4B86E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5" w15:restartNumberingAfterBreak="0">
    <w:nsid w:val="51E3275A"/>
    <w:multiLevelType w:val="hybridMultilevel"/>
    <w:tmpl w:val="6AB62B7C"/>
    <w:lvl w:ilvl="0" w:tplc="776AAD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EF352C"/>
    <w:multiLevelType w:val="hybridMultilevel"/>
    <w:tmpl w:val="8A601210"/>
    <w:lvl w:ilvl="0" w:tplc="327065EC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7" w15:restartNumberingAfterBreak="0">
    <w:nsid w:val="63AB5DC5"/>
    <w:multiLevelType w:val="hybridMultilevel"/>
    <w:tmpl w:val="5FEC6CF2"/>
    <w:lvl w:ilvl="0" w:tplc="4626AD14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8" w15:restartNumberingAfterBreak="0">
    <w:nsid w:val="6FDA483D"/>
    <w:multiLevelType w:val="hybridMultilevel"/>
    <w:tmpl w:val="D47C26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875625">
    <w:abstractNumId w:val="8"/>
  </w:num>
  <w:num w:numId="2" w16cid:durableId="1553076220">
    <w:abstractNumId w:val="6"/>
  </w:num>
  <w:num w:numId="3" w16cid:durableId="112603752">
    <w:abstractNumId w:val="5"/>
  </w:num>
  <w:num w:numId="4" w16cid:durableId="1614358657">
    <w:abstractNumId w:val="4"/>
  </w:num>
  <w:num w:numId="5" w16cid:durableId="1988515174">
    <w:abstractNumId w:val="7"/>
  </w:num>
  <w:num w:numId="6" w16cid:durableId="735275890">
    <w:abstractNumId w:val="3"/>
  </w:num>
  <w:num w:numId="7" w16cid:durableId="815343544">
    <w:abstractNumId w:val="2"/>
  </w:num>
  <w:num w:numId="8" w16cid:durableId="814444245">
    <w:abstractNumId w:val="1"/>
  </w:num>
  <w:num w:numId="9" w16cid:durableId="1515880143">
    <w:abstractNumId w:val="0"/>
  </w:num>
  <w:num w:numId="10" w16cid:durableId="1014068393">
    <w:abstractNumId w:val="15"/>
  </w:num>
  <w:num w:numId="11" w16cid:durableId="50469859">
    <w:abstractNumId w:val="12"/>
  </w:num>
  <w:num w:numId="12" w16cid:durableId="1250624475">
    <w:abstractNumId w:val="16"/>
  </w:num>
  <w:num w:numId="13" w16cid:durableId="1719429534">
    <w:abstractNumId w:val="17"/>
  </w:num>
  <w:num w:numId="14" w16cid:durableId="2084333154">
    <w:abstractNumId w:val="9"/>
  </w:num>
  <w:num w:numId="15" w16cid:durableId="1256087377">
    <w:abstractNumId w:val="14"/>
  </w:num>
  <w:num w:numId="16" w16cid:durableId="978878069">
    <w:abstractNumId w:val="11"/>
  </w:num>
  <w:num w:numId="17" w16cid:durableId="1202940270">
    <w:abstractNumId w:val="13"/>
  </w:num>
  <w:num w:numId="18" w16cid:durableId="16271084">
    <w:abstractNumId w:val="10"/>
  </w:num>
  <w:num w:numId="19" w16cid:durableId="198288111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11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50A"/>
    <w:rsid w:val="00014A77"/>
    <w:rsid w:val="000223B6"/>
    <w:rsid w:val="00034616"/>
    <w:rsid w:val="00043F04"/>
    <w:rsid w:val="00044560"/>
    <w:rsid w:val="0005142D"/>
    <w:rsid w:val="0006063C"/>
    <w:rsid w:val="00060EDB"/>
    <w:rsid w:val="000D1502"/>
    <w:rsid w:val="000E4207"/>
    <w:rsid w:val="00136DF2"/>
    <w:rsid w:val="0015074B"/>
    <w:rsid w:val="001719FD"/>
    <w:rsid w:val="001D57C1"/>
    <w:rsid w:val="001E1101"/>
    <w:rsid w:val="001F1DA6"/>
    <w:rsid w:val="00205D41"/>
    <w:rsid w:val="00266473"/>
    <w:rsid w:val="00267740"/>
    <w:rsid w:val="0029639D"/>
    <w:rsid w:val="002A0B9E"/>
    <w:rsid w:val="002D3062"/>
    <w:rsid w:val="002E73EF"/>
    <w:rsid w:val="002F4518"/>
    <w:rsid w:val="00326F90"/>
    <w:rsid w:val="003310B6"/>
    <w:rsid w:val="00361A8D"/>
    <w:rsid w:val="00374B41"/>
    <w:rsid w:val="003C28DC"/>
    <w:rsid w:val="003C70C3"/>
    <w:rsid w:val="003E633E"/>
    <w:rsid w:val="00443B8B"/>
    <w:rsid w:val="00455FB2"/>
    <w:rsid w:val="00455FD9"/>
    <w:rsid w:val="00462E19"/>
    <w:rsid w:val="00471510"/>
    <w:rsid w:val="004A14FE"/>
    <w:rsid w:val="004B048B"/>
    <w:rsid w:val="004B5E3A"/>
    <w:rsid w:val="00517369"/>
    <w:rsid w:val="005452FD"/>
    <w:rsid w:val="00560D81"/>
    <w:rsid w:val="0058394A"/>
    <w:rsid w:val="005B0263"/>
    <w:rsid w:val="005D3BB7"/>
    <w:rsid w:val="005E552E"/>
    <w:rsid w:val="0062521C"/>
    <w:rsid w:val="0064238F"/>
    <w:rsid w:val="0065631A"/>
    <w:rsid w:val="00661053"/>
    <w:rsid w:val="00664B44"/>
    <w:rsid w:val="006832FD"/>
    <w:rsid w:val="006E1854"/>
    <w:rsid w:val="006E76DE"/>
    <w:rsid w:val="006F25C8"/>
    <w:rsid w:val="00703FD7"/>
    <w:rsid w:val="00751253"/>
    <w:rsid w:val="00752294"/>
    <w:rsid w:val="00791DE4"/>
    <w:rsid w:val="007A64ED"/>
    <w:rsid w:val="007D4108"/>
    <w:rsid w:val="0081506D"/>
    <w:rsid w:val="00817863"/>
    <w:rsid w:val="008207BF"/>
    <w:rsid w:val="00873458"/>
    <w:rsid w:val="00893F7D"/>
    <w:rsid w:val="008B3A55"/>
    <w:rsid w:val="008C3EC9"/>
    <w:rsid w:val="008C5F1B"/>
    <w:rsid w:val="009333C6"/>
    <w:rsid w:val="00936CDE"/>
    <w:rsid w:val="009537DE"/>
    <w:rsid w:val="00953AB2"/>
    <w:rsid w:val="00957023"/>
    <w:rsid w:val="0096096C"/>
    <w:rsid w:val="009634FC"/>
    <w:rsid w:val="0096405F"/>
    <w:rsid w:val="00976633"/>
    <w:rsid w:val="00996FC0"/>
    <w:rsid w:val="00A4053B"/>
    <w:rsid w:val="00A6186B"/>
    <w:rsid w:val="00A76DD9"/>
    <w:rsid w:val="00A80746"/>
    <w:rsid w:val="00AA1D8D"/>
    <w:rsid w:val="00AC2DFB"/>
    <w:rsid w:val="00AD64A5"/>
    <w:rsid w:val="00B00A7E"/>
    <w:rsid w:val="00B04835"/>
    <w:rsid w:val="00B04BC8"/>
    <w:rsid w:val="00B13A0E"/>
    <w:rsid w:val="00B337C5"/>
    <w:rsid w:val="00B458CE"/>
    <w:rsid w:val="00B47730"/>
    <w:rsid w:val="00BD229A"/>
    <w:rsid w:val="00C637E5"/>
    <w:rsid w:val="00C727C9"/>
    <w:rsid w:val="00CB0664"/>
    <w:rsid w:val="00CC03E2"/>
    <w:rsid w:val="00CE1A7D"/>
    <w:rsid w:val="00D20E41"/>
    <w:rsid w:val="00D62D20"/>
    <w:rsid w:val="00D707B1"/>
    <w:rsid w:val="00D71589"/>
    <w:rsid w:val="00D82F4F"/>
    <w:rsid w:val="00E141D8"/>
    <w:rsid w:val="00E24502"/>
    <w:rsid w:val="00EB10FA"/>
    <w:rsid w:val="00EE47DC"/>
    <w:rsid w:val="00F620C4"/>
    <w:rsid w:val="00F84159"/>
    <w:rsid w:val="00FA356E"/>
    <w:rsid w:val="00FB75F8"/>
    <w:rsid w:val="00FC368E"/>
    <w:rsid w:val="00FC693F"/>
    <w:rsid w:val="00FE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B597E0"/>
  <w14:defaultImageDpi w14:val="330"/>
  <w15:docId w15:val="{D9D422A4-C514-4901-9F4E-6CFA576E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pPr>
      <w:spacing w:after="160" w:line="288" w:lineRule="auto"/>
    </w:pPr>
    <w:rPr>
      <w:rFonts w:ascii="Georgia" w:hAnsi="Georgia"/>
      <w:color w:val="2D3748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hivatkozs">
    <w:name w:val="Hyperlink"/>
    <w:basedOn w:val="Bekezdsalapbettpusa"/>
    <w:uiPriority w:val="99"/>
    <w:unhideWhenUsed/>
    <w:rsid w:val="00661053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10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kosmentibolcsodek.hu/adatkezelesi-tajekoztato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rakosmentibolcsodek.hu/adatkezelesi-tajekoztato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546</Words>
  <Characters>3772</Characters>
  <Application>Microsoft Office Word</Application>
  <DocSecurity>0</DocSecurity>
  <Lines>31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4310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Alma Napraforgó</cp:lastModifiedBy>
  <cp:revision>17</cp:revision>
  <dcterms:created xsi:type="dcterms:W3CDTF">2026-08-03T09:47:00Z</dcterms:created>
  <dcterms:modified xsi:type="dcterms:W3CDTF">2026-08-13T11:46:00Z</dcterms:modified>
  <cp:category/>
</cp:coreProperties>
</file>